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leaseHeading"/>
      </w:pPr>
      <w:r>
        <w:t>Free sample template: please read first</w:t>
      </w:r>
    </w:p>
    <w:p>
      <w:pPr/>
      <w:r>
        <w:t>Thanks for downloading this free template from Let's Talk Business Plans. It is a sample to help you get started, not finished advice.</w:t>
      </w:r>
    </w:p>
    <w:p>
      <w:pPr>
        <w:pStyle w:val="ListBullet"/>
      </w:pPr>
      <w:r>
        <w:rPr>
          <w:b/>
        </w:rPr>
        <w:t>Check everything.</w:t>
      </w:r>
      <w:r>
        <w:t xml:space="preserve"> All numbers, rules, rates, fees and other information in this template are examples. Verify each one against current official sources and your own quotes before you rely on it or share it with a lender, investor or agency.</w:t>
      </w:r>
    </w:p>
    <w:p>
      <w:pPr>
        <w:pStyle w:val="ListBullet"/>
      </w:pPr>
      <w:r>
        <w:rPr>
          <w:b/>
        </w:rPr>
        <w:t>No guarantee.</w:t>
      </w:r>
      <w:r>
        <w:t xml:space="preserve"> The template is provided "as is", without any warranty of any kind, express or implied, including accuracy, completeness or fitness for a particular purpose. Let's Talk Business Plans is not liable for any loss or decision that results from using it. You use it at your own risk.</w:t>
      </w:r>
    </w:p>
    <w:p>
      <w:pPr>
        <w:pStyle w:val="ListBullet"/>
      </w:pPr>
      <w:r>
        <w:rPr>
          <w:b/>
        </w:rPr>
        <w:t>No support.</w:t>
      </w:r>
      <w:r>
        <w:t xml:space="preserve"> We can't provide help or support for this free template.</w:t>
      </w:r>
    </w:p>
    <w:p>
      <w:pPr>
        <w:pStyle w:val="ListBullet"/>
      </w:pPr>
      <w:r>
        <w:rPr>
          <w:b/>
        </w:rPr>
        <w:t>Not professional advice.</w:t>
      </w:r>
      <w:r>
        <w:t xml:space="preserve"> It is not legal, tax, accounting or financial advice. For that, talk to a qualified professional.</w:t>
      </w:r>
    </w:p>
    <w:p>
      <w:pPr/>
      <w:r>
        <w:t>By using this template you accept these terms. Good luck with your plan!</w:t>
      </w:r>
    </w:p>
    <w:p>
      <w:pPr/>
      <w:r>
        <w:br w:type="page"/>
      </w:r>
    </w:p>
    <w:p>
      <w:pPr>
        <w:pStyle w:val="Title"/>
      </w:pPr>
      <w:r>
        <w:t>Farm Business Plan Template</w:t>
      </w:r>
    </w:p>
    <w:p>
      <w:r>
        <w:rPr>
          <w:b w:val="0"/>
          <w:i w:val="0"/>
        </w:rPr>
        <w:t>For farm and ranch operations preparing an FSA farm loan application or a lender's loan request</w:t>
      </w:r>
    </w:p>
    <w:p>
      <w:r>
        <w:rPr>
          <w:b w:val="0"/>
          <w:i w:val="0"/>
        </w:rPr>
        <w:t>Operation name: [                    ]</w:t>
      </w:r>
    </w:p>
    <w:p>
      <w:r>
        <w:rPr>
          <w:b w:val="0"/>
          <w:i w:val="0"/>
        </w:rPr>
        <w:t>Operators: [                    ]</w:t>
      </w:r>
    </w:p>
    <w:p>
      <w:r>
        <w:rPr>
          <w:b w:val="0"/>
          <w:i w:val="0"/>
        </w:rPr>
        <w:t>County and state: [                    ]</w:t>
      </w:r>
    </w:p>
    <w:p>
      <w:r>
        <w:rPr>
          <w:b w:val="0"/>
          <w:i w:val="0"/>
        </w:rPr>
        <w:t>Date: [                    ]</w:t>
      </w:r>
    </w:p>
    <w:p>
      <w:r>
        <w:rPr>
          <w:b w:val="0"/>
          <w:i w:val="0"/>
        </w:rPr>
        <w:t>Version: [                    ]</w:t>
      </w:r>
    </w:p>
    <w:p>
      <w:r>
        <w:rPr>
          <w:b w:val="0"/>
          <w:i/>
          <w:color w:val="555555"/>
        </w:rPr>
        <w:t>Template version 1.0, October 2026, by Let's Talk Business Plans.</w:t>
      </w:r>
    </w:p>
    <w:p>
      <w:r>
        <w:rPr>
          <w:b w:val="0"/>
          <w:i/>
          <w:color w:val="555555"/>
        </w:rPr>
        <w:t>Free to use and adapt for your own business. Do not resell or redistribute as your own template. Not legal, tax or financial advice.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use this template</w:t>
            </w:r>
          </w:p>
          <w:p>
            <w:pPr>
              <w:pStyle w:val="ListBullet"/>
            </w:pPr>
            <w:r>
              <w:rPr>
                <w:b w:val="0"/>
                <w:i w:val="0"/>
              </w:rPr>
              <w:t>Replace every [bracketed field]. Delete the grey guidance and every shaded box before you send the plan.</w:t>
            </w:r>
          </w:p>
          <w:p>
            <w:pPr>
              <w:pStyle w:val="ListBullet"/>
            </w:pPr>
            <w:r>
              <w:rPr>
                <w:b w:val="0"/>
                <w:i w:val="0"/>
              </w:rPr>
              <w:t>The numbers come from your own records. This template gives no yields, prices, costs, land values, limits or rates. They are yours to enter from your own records, or FSA's or your lender's to give. Every number shown is a labelled example.</w:t>
            </w:r>
          </w:p>
          <w:p>
            <w:pPr>
              <w:pStyle w:val="ListBullet"/>
            </w:pPr>
            <w:r>
              <w:rPr>
                <w:b w:val="0"/>
                <w:i w:val="0"/>
              </w:rPr>
              <w:t>FSA's own forms (for example the balance sheet worksheet) are the forms you file; this plan is the narrative and schedules around them. Ask your FSA county office which forms your loan needs.</w:t>
            </w:r>
          </w:p>
          <w:p>
            <w:pPr>
              <w:pStyle w:val="ListBullet"/>
            </w:pPr>
            <w:r>
              <w:rPr>
                <w:b w:val="0"/>
                <w:i w:val="0"/>
              </w:rPr>
              <w:t>Fill in the schedules first: the training and experience record (4.1), production history (5.2), enterprise budgets (5.3), the land, buildings and equipment schedule (5.4), the balance sheet (8.1) and the cash flow budget (8.2). They give you the numbers the other sections ask for.</w:t>
            </w:r>
          </w:p>
          <w:p>
            <w:pPr>
              <w:pStyle w:val="ListBullet"/>
            </w:pPr>
            <w:r>
              <w:rPr>
                <w:b w:val="0"/>
                <w:i w:val="0"/>
              </w:rPr>
              <w:t xml:space="preserve">Build the five-year projections in the free Excel workbook from Let's Talk Business Plans, then copy the summary figures into section 8: </w:t>
            </w:r>
            <w:hyperlink r:id="rId10">
              <w:r>
                <w:rPr>
                  <w:rStyle w:val="Hyperlink"/>
                  <w:color w:val="0563C1"/>
                  <w:u w:val="single"/>
                </w:rPr>
                <w:t xml:space="preserve">letstalkbusinessplans.com/posts/excel-business-plan-templates-free-download</w:t>
              </w:r>
            </w:hyperlink>
            <w:r>
              <w:rPr>
                <w:b w:val="0"/>
                <w:i w:val="0"/>
              </w:rPr>
              <w:t>. Section 8.3 says what the workbook can and cannot take from this file.</w:t>
            </w:r>
          </w:p>
          <w:p>
            <w:pPr>
              <w:pStyle w:val="ListBullet"/>
            </w:pPr>
            <w:r>
              <w:rPr>
                <w:b w:val="0"/>
                <w:i w:val="0"/>
              </w:rPr>
              <w:t>The SBA says: “When you write your business plan, you don’t have to stick to the exact business plan outline.” (</w:t>
            </w:r>
            <w:hyperlink r:id="rId11">
              <w:r>
                <w:rPr>
                  <w:rStyle w:val="Hyperlink"/>
                  <w:color w:val="0563C1"/>
                  <w:u w:val="single"/>
                </w:rPr>
                <w:t xml:space="preserve">SBA: Plan your business</w:t>
              </w:r>
            </w:hyperlink>
            <w:r>
              <w:rPr>
                <w:b w:val="0"/>
                <w:i w:val="0"/>
              </w:rPr>
              <w:t>). Use the sections that make the most sense for your operation.</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Which program?</w:t>
            </w:r>
          </w:p>
          <w:p>
            <w:pPr>
              <w:pStyle w:val="ListBullet"/>
            </w:pPr>
            <w:r>
              <w:rPr>
                <w:b w:val="0"/>
                <w:i w:val="0"/>
              </w:rPr>
              <w:t>FSA direct loan: FSA funds and services the loan. You apply to FSA (7 CFR 761.2).</w:t>
            </w:r>
          </w:p>
          <w:p>
            <w:pPr>
              <w:pStyle w:val="ListBullet"/>
            </w:pPr>
            <w:r>
              <w:rPr>
                <w:b w:val="0"/>
                <w:i w:val="0"/>
              </w:rPr>
              <w:t>FSA-guaranteed loan: a lender makes and services the loan and FSA guarantees it. You apply to a lender, which applies for the guarantee (7 CFR 761.2; 7 CFR 762.110). FSA keeps a list of lenders and makes it available to farmers on request (7 CFR 762.101(b)). Ask your FSA office.</w:t>
            </w:r>
          </w:p>
          <w:p>
            <w:pPr>
              <w:pStyle w:val="ListBullet"/>
            </w:pPr>
            <w:r>
              <w:rPr>
                <w:b w:val="0"/>
                <w:i w:val="0"/>
              </w:rPr>
              <w:t>USDA Rural Development (separate from FSA farm loans; not covered here): ask Rural Development.</w:t>
            </w:r>
          </w:p>
          <w:p>
            <w:pPr>
              <w:pStyle w:val="ListBullet"/>
            </w:pPr>
            <w:r>
              <w:rPr>
                <w:b w:val="0"/>
                <w:i w:val="0"/>
              </w:rPr>
              <w:t>A commercial agricultural lender with no FSA guarantee: you apply to the lender. Ask what it wants in the plan.</w:t>
            </w:r>
          </w:p>
          <w:p>
            <w:pPr>
              <w:pStyle w:val="ListBullet"/>
            </w:pPr>
            <w:r>
              <w:rPr>
                <w:b w:val="0"/>
                <w:i w:val="0"/>
              </w:rPr>
              <w:t>This box holds no limits, rates or eligibility rules. Ask your FSA county office which route fits you.</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Application Fast Track</w:t>
            </w:r>
          </w:p>
          <w:p>
            <w:pPr>
              <w:pStyle w:val="ListBullet"/>
            </w:pPr>
            <w:r>
              <w:rPr>
                <w:b w:val="0"/>
                <w:i w:val="0"/>
              </w:rPr>
              <w:t>FSA may process some direct loan applications through Application Fast Track, which uses financial benchmarks instead of a farm operating plan (7 CFR 761.104(i)). Ask your FSA office whether yours qualifies.</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Rules</w:t>
            </w:r>
          </w:p>
          <w:p>
            <w:pPr>
              <w:pStyle w:val="ListBullet"/>
            </w:pPr>
            <w:r>
              <w:rPr>
                <w:b w:val="0"/>
                <w:i w:val="0"/>
              </w:rPr>
              <w:t>This template quotes FSA's regulation (7 CFR, as read on eCFR on October 20, 2026; the text is current as of 2026-10-16) only to show what to gather. It states no eligibility rule, limit or rate. Your FSA office or lender decides.</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Scope</w:t>
            </w:r>
          </w:p>
          <w:p>
            <w:pPr>
              <w:pStyle w:val="ListBullet"/>
            </w:pPr>
            <w:r>
              <w:rPr>
                <w:b w:val="0"/>
                <w:i w:val="0"/>
              </w:rPr>
              <w:t>Built for farm and ranch operations. FSA's rules say the term “farm” also includes the term “ranch” (7 CFR 761.2, current as of 2026-10-16). Other programs, grants, conservation planning, organic certification and crop insurance are not covered here; ask your FSA or NRCS office. This is a business plan, not an FSA form.</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Known limitations of this template</w:t>
            </w:r>
          </w:p>
          <w:p>
            <w:pPr>
              <w:pStyle w:val="ListBullet"/>
            </w:pPr>
            <w:r>
              <w:rPr>
                <w:b w:val="0"/>
                <w:i w:val="0"/>
              </w:rPr>
              <w:t>Not an FSA form and not a substitute for FSA's forms. FSA's own forms (for example the balance sheet worksheet) are the forms you file; this plan is the narrative and schedules around them. Ask your FSA county office which forms your loan needs.</w:t>
            </w:r>
          </w:p>
          <w:p>
            <w:pPr>
              <w:pStyle w:val="ListBullet"/>
            </w:pPr>
            <w:r>
              <w:rPr>
                <w:b w:val="0"/>
                <w:i w:val="0"/>
              </w:rPr>
              <w:t>It quotes FSA's regulation only as read on eCFR on October 20, 2026. Rules change: FSA's regulation was amended by a final rule published in the Federal Register on September 4, 2026, effective October 1, 2026 (91 FR 56741). Check that any text you rely on is still current.</w:t>
            </w:r>
          </w:p>
          <w:p>
            <w:pPr>
              <w:pStyle w:val="ListBullet"/>
            </w:pPr>
            <w:r>
              <w:rPr>
                <w:b w:val="0"/>
                <w:i w:val="0"/>
              </w:rPr>
              <w:t>No limits, rates, eligibility verdicts, yields, prices or land values are supplied. Application Fast Track criteria are not covered.</w:t>
            </w:r>
          </w:p>
          <w:p>
            <w:pPr>
              <w:pStyle w:val="ListBullet"/>
            </w:pPr>
            <w:r>
              <w:rPr>
                <w:b w:val="0"/>
                <w:i w:val="0"/>
              </w:rPr>
              <w:t>No built-in calculations: Word has none. The schedules lay out the arithmetic.</w:t>
            </w:r>
          </w:p>
          <w:p>
            <w:pPr>
              <w:pStyle w:val="ListBullet"/>
            </w:pPr>
            <w:r>
              <w:rPr>
                <w:b w:val="0"/>
                <w:i w:val="0"/>
              </w:rPr>
              <w:t>The Excel workbook has no non-farm income line, no loan-advance or operating-line row, no per-acre or per-head structure, no production history and no receivables, payables or inventory timing (see 8.3). The cash flow budget in this file (8.2) is the one to work first.</w:t>
            </w:r>
          </w:p>
          <w:p>
            <w:pPr>
              <w:pStyle w:val="ListBullet"/>
            </w:pPr>
            <w:r>
              <w:rPr>
                <w:b w:val="0"/>
                <w:i w:val="0"/>
              </w:rPr>
              <w:t>Checked in LibreOffice only. It has not been opened in Microsoft Word or Google Docs.</w:t>
            </w:r>
          </w:p>
          <w:p>
            <w:pPr>
              <w:pStyle w:val="ListBullet"/>
            </w:pPr>
            <w:r>
              <w:rPr>
                <w:b w:val="0"/>
                <w:i w:val="0"/>
              </w:rPr>
              <w:t>Not legal, tax, accounting, investment or lending advice.</w:t>
            </w:r>
          </w:p>
        </w:tc>
      </w:tr>
    </w:tbl>
    <w:p>
      <w:pPr>
        <w:spacing w:after="40"/>
      </w:pPr>
    </w:p>
    <w:p>
      <w:pPr>
        <w:pStyle w:val="ContentsHeading"/>
        <w:pageBreakBefore/>
      </w:pPr>
      <w:r>
        <w:t>Contents</w:t>
      </w:r>
    </w:p>
    <w:p>
      <w:pPr>
        <w:pStyle w:val="TOC1"/>
      </w:pPr>
      <w:r>
        <w:fldChar w:fldCharType="begin"/>
      </w:r>
      <w:r>
        <w:instrText xml:space="preserve"> TOC \o "1-2" \z \u </w:instrText>
      </w:r>
      <w:r>
        <w:fldChar w:fldCharType="separate"/>
      </w:r>
      <w:r>
        <w:t>One-page summary</w:t>
        <w:tab/>
        <w:t>5</w:t>
      </w:r>
    </w:p>
    <w:p>
      <w:pPr>
        <w:pStyle w:val="TOC1"/>
      </w:pPr>
      <w:r>
        <w:t>1. Executive summary</w:t>
        <w:tab/>
        <w:t>6</w:t>
      </w:r>
    </w:p>
    <w:p>
      <w:pPr>
        <w:pStyle w:val="TOC1"/>
      </w:pPr>
      <w:r>
        <w:t>2. Company description</w:t>
        <w:tab/>
        <w:t>6</w:t>
      </w:r>
    </w:p>
    <w:p>
      <w:pPr>
        <w:pStyle w:val="TOC1"/>
      </w:pPr>
      <w:r>
        <w:t>3. Market analysis</w:t>
        <w:tab/>
        <w:t>7</w:t>
      </w:r>
    </w:p>
    <w:p>
      <w:pPr>
        <w:pStyle w:val="TOC1"/>
      </w:pPr>
      <w:r>
        <w:t>4. Organization and management</w:t>
        <w:tab/>
        <w:t>8</w:t>
      </w:r>
    </w:p>
    <w:p>
      <w:pPr>
        <w:pStyle w:val="TOC2"/>
      </w:pPr>
      <w:r>
        <w:t>4.1 Training and experience record</w:t>
        <w:tab/>
        <w:t>8</w:t>
      </w:r>
    </w:p>
    <w:p>
      <w:pPr>
        <w:pStyle w:val="TOC2"/>
      </w:pPr>
      <w:r>
        <w:t>4.2 Farm-ownership experience checklist</w:t>
        <w:tab/>
        <w:t>9</w:t>
      </w:r>
    </w:p>
    <w:p>
      <w:pPr>
        <w:pStyle w:val="TOC2"/>
      </w:pPr>
      <w:r>
        <w:t>4.3 Training plan and goals</w:t>
        <w:tab/>
        <w:t>9</w:t>
      </w:r>
    </w:p>
    <w:p>
      <w:pPr>
        <w:pStyle w:val="TOC1"/>
      </w:pPr>
      <w:r>
        <w:t>5. Operation</w:t>
        <w:tab/>
        <w:t>10</w:t>
      </w:r>
    </w:p>
    <w:p>
      <w:pPr>
        <w:pStyle w:val="TOC2"/>
      </w:pPr>
      <w:r>
        <w:t>5.1 Enterprises</w:t>
        <w:tab/>
        <w:t>10</w:t>
      </w:r>
    </w:p>
    <w:p>
      <w:pPr>
        <w:pStyle w:val="TOC2"/>
      </w:pPr>
      <w:r>
        <w:t>5.2 Production history, three years</w:t>
        <w:tab/>
        <w:t>10</w:t>
      </w:r>
    </w:p>
    <w:p>
      <w:pPr>
        <w:pStyle w:val="TOC2"/>
      </w:pPr>
      <w:r>
        <w:t>5.3 Enterprise budgets</w:t>
        <w:tab/>
        <w:t>12</w:t>
      </w:r>
    </w:p>
    <w:p>
      <w:pPr>
        <w:pStyle w:val="TOC2"/>
      </w:pPr>
      <w:r>
        <w:t>5.4 Land, buildings and equipment schedule</w:t>
        <w:tab/>
        <w:t>13</w:t>
      </w:r>
    </w:p>
    <w:p>
      <w:pPr>
        <w:pStyle w:val="TOC2"/>
      </w:pPr>
      <w:r>
        <w:t>5.5 Records you attach</w:t>
        <w:tab/>
        <w:t>13</w:t>
      </w:r>
    </w:p>
    <w:p>
      <w:pPr>
        <w:pStyle w:val="TOC2"/>
      </w:pPr>
      <w:r>
        <w:t>5.6 Credit elsewhere</w:t>
        <w:tab/>
        <w:t>13</w:t>
      </w:r>
    </w:p>
    <w:p>
      <w:pPr>
        <w:pStyle w:val="TOC2"/>
      </w:pPr>
      <w:r>
        <w:t>5.7 Environmental compliance prompt</w:t>
        <w:tab/>
        <w:t>13</w:t>
      </w:r>
    </w:p>
    <w:p>
      <w:pPr>
        <w:pStyle w:val="TOC1"/>
      </w:pPr>
      <w:r>
        <w:t>6. Marketing and sales</w:t>
        <w:tab/>
        <w:t>14</w:t>
      </w:r>
    </w:p>
    <w:p>
      <w:pPr>
        <w:pStyle w:val="TOC1"/>
      </w:pPr>
      <w:r>
        <w:t>7. Funding request</w:t>
        <w:tab/>
        <w:t>15</w:t>
      </w:r>
    </w:p>
    <w:p>
      <w:pPr>
        <w:pStyle w:val="TOC1"/>
      </w:pPr>
      <w:r>
        <w:t>8. Financial projections</w:t>
        <w:tab/>
        <w:t>15</w:t>
      </w:r>
    </w:p>
    <w:p>
      <w:pPr>
        <w:pStyle w:val="TOC2"/>
      </w:pPr>
      <w:r>
        <w:t>8.1 Balance sheet</w:t>
        <w:tab/>
        <w:t>16</w:t>
      </w:r>
    </w:p>
    <w:p>
      <w:pPr>
        <w:pStyle w:val="TOC2"/>
      </w:pPr>
      <w:r>
        <w:t>8.2 Cash flow budget</w:t>
        <w:tab/>
        <w:t>16</w:t>
      </w:r>
    </w:p>
    <w:p>
      <w:pPr>
        <w:pStyle w:val="TOC2"/>
      </w:pPr>
      <w:r>
        <w:t>8.3 Workbook bridge</w:t>
        <w:tab/>
        <w:t>18</w:t>
      </w:r>
    </w:p>
    <w:p>
      <w:pPr>
        <w:pStyle w:val="TOC1"/>
      </w:pPr>
      <w:r>
        <w:t>9. Risks and what you'll do</w:t>
        <w:tab/>
        <w:t>19</w:t>
      </w:r>
    </w:p>
    <w:p>
      <w:pPr>
        <w:pStyle w:val="TOC1"/>
      </w:pPr>
      <w:r>
        <w:t>10. Appendix: FSA application checklist</w:t>
        <w:tab/>
        <w:t>20</w:t>
      </w:r>
      <w:r>
        <w:fldChar w:fldCharType="end"/>
      </w:r>
    </w:p>
    <w:p>
      <w:pPr>
        <w:pStyle w:val="Heading1"/>
        <w:pageBreakBefore/>
      </w:pPr>
      <w:r>
        <w:t>One-page summary</w:t>
      </w:r>
    </w:p>
    <w:p>
      <w:pPr>
        <w:spacing w:after="80"/>
      </w:pPr>
      <w:r>
        <w:rPr>
          <w:b w:val="0"/>
          <w:i/>
          <w:color w:val="555555"/>
        </w:rPr>
        <w:t>Fill this in last, from the sections that follow. Keep it to one page. On its own, this page can serve as a short version of the plan.</w:t>
      </w:r>
    </w:p>
    <w:tbl>
      <w:tblPr>
        <w:tblStyle w:val="TableGrid"/>
        <w:tblW w:type="auto" w:w="0"/>
        <w:jc w:val="center"/>
        <w:tblLayout w:type="fixed"/>
        <w:tblLook w:firstColumn="1" w:firstRow="1" w:lastColumn="0" w:lastRow="0" w:noHBand="0" w:noVBand="1" w:val="04A0"/>
      </w:tblPr>
      <w:tblGrid>
        <w:gridCol w:w="5216"/>
        <w:gridCol w:w="4535"/>
      </w:tblGrid>
      <w:tr>
        <w:trPr>
          <w:tblHeader w:val="true"/>
          <w:cantSplit w:val="true"/>
        </w:trPr>
        <w:tc>
          <w:tcPr>
            <w:tcW w:type="dxa" w:w="5216"/>
            <w:shd w:val="clear" w:color="auto" w:fill="1F3A5F"/>
          </w:tcPr>
          <w:p>
            <w:pPr>
              <w:keepNext/>
            </w:pPr>
            <w:r/>
            <w:r>
              <w:rPr>
                <w:b/>
                <w:color w:val="FFFFFF"/>
                <w:sz w:val="20"/>
              </w:rPr>
              <w:t>Item</w:t>
            </w:r>
          </w:p>
        </w:tc>
        <w:tc>
          <w:tcPr>
            <w:tcW w:type="dxa" w:w="4535"/>
            <w:shd w:val="clear" w:color="auto" w:fill="1F3A5F"/>
          </w:tcPr>
          <w:p>
            <w:pPr>
              <w:keepNext/>
            </w:pPr>
            <w:r/>
            <w:r>
              <w:rPr>
                <w:b/>
                <w:color w:val="FFFFFF"/>
                <w:sz w:val="20"/>
              </w:rPr>
              <w:t>Your answer</w:t>
            </w:r>
          </w:p>
        </w:tc>
      </w:tr>
      <w:tr>
        <w:trPr>
          <w:cantSplit w:val="true"/>
        </w:trPr>
        <w:tc>
          <w:tcPr>
            <w:tcW w:type="dxa" w:w="5216"/>
          </w:tcPr>
          <w:p>
            <w:pPr>
              <w:keepNext/>
            </w:pPr>
            <w:r>
              <w:rPr>
                <w:sz w:val="20"/>
              </w:rPr>
              <w:t>The operation and its enterprises (sections 2 and 5.1)</w:t>
            </w:r>
          </w:p>
        </w:tc>
        <w:tc>
          <w:tcPr>
            <w:tcW w:type="dxa" w:w="4535"/>
          </w:tcPr>
          <w:p>
            <w:pPr>
              <w:keepNext/>
            </w:pPr>
            <w:r>
              <w:rPr>
                <w:sz w:val="20"/>
              </w:rPr>
              <w:t>[ ]</w:t>
            </w:r>
          </w:p>
        </w:tc>
      </w:tr>
      <w:tr>
        <w:trPr>
          <w:cantSplit w:val="true"/>
        </w:trPr>
        <w:tc>
          <w:tcPr>
            <w:tcW w:type="dxa" w:w="5216"/>
          </w:tcPr>
          <w:p>
            <w:pPr>
              <w:keepNext/>
            </w:pPr>
            <w:r>
              <w:rPr>
                <w:sz w:val="20"/>
              </w:rPr>
              <w:t>Acres owned and acres rented (section 2)</w:t>
            </w:r>
          </w:p>
        </w:tc>
        <w:tc>
          <w:tcPr>
            <w:tcW w:type="dxa" w:w="4535"/>
          </w:tcPr>
          <w:p>
            <w:pPr>
              <w:keepNext/>
            </w:pPr>
            <w:r>
              <w:rPr>
                <w:sz w:val="20"/>
              </w:rPr>
              <w:t>[ ] owned, [ ] rented</w:t>
            </w:r>
          </w:p>
        </w:tc>
      </w:tr>
      <w:tr>
        <w:trPr>
          <w:cantSplit w:val="true"/>
        </w:trPr>
        <w:tc>
          <w:tcPr>
            <w:tcW w:type="dxa" w:w="5216"/>
          </w:tcPr>
          <w:p>
            <w:pPr>
              <w:keepNext/>
            </w:pPr>
            <w:r>
              <w:rPr>
                <w:sz w:val="20"/>
              </w:rPr>
              <w:t>Years farming, and who manages (sections 4 and 4.1)</w:t>
            </w:r>
          </w:p>
        </w:tc>
        <w:tc>
          <w:tcPr>
            <w:tcW w:type="dxa" w:w="4535"/>
          </w:tcPr>
          <w:p>
            <w:pPr>
              <w:keepNext/>
            </w:pPr>
            <w:r>
              <w:rPr>
                <w:sz w:val="20"/>
              </w:rPr>
              <w:t>[ ]</w:t>
            </w:r>
          </w:p>
        </w:tc>
      </w:tr>
      <w:tr>
        <w:trPr>
          <w:cantSplit w:val="true"/>
        </w:trPr>
        <w:tc>
          <w:tcPr>
            <w:tcW w:type="dxa" w:w="5216"/>
          </w:tcPr>
          <w:p>
            <w:pPr>
              <w:keepNext/>
            </w:pPr>
            <w:r>
              <w:rPr>
                <w:sz w:val="20"/>
              </w:rPr>
              <w:t>The loan requested: type, amount, purpose (section 7)</w:t>
            </w:r>
          </w:p>
        </w:tc>
        <w:tc>
          <w:tcPr>
            <w:tcW w:type="dxa" w:w="4535"/>
          </w:tcPr>
          <w:p>
            <w:pPr>
              <w:keepNext/>
            </w:pPr>
            <w:r>
              <w:rPr>
                <w:sz w:val="20"/>
              </w:rPr>
              <w:t>[type], [$], for [purpose]</w:t>
            </w:r>
          </w:p>
        </w:tc>
      </w:tr>
      <w:tr>
        <w:trPr>
          <w:cantSplit w:val="true"/>
        </w:trPr>
        <w:tc>
          <w:tcPr>
            <w:tcW w:type="dxa" w:w="5216"/>
          </w:tcPr>
          <w:p>
            <w:pPr>
              <w:keepNext/>
            </w:pPr>
            <w:r>
              <w:rPr>
                <w:sz w:val="20"/>
              </w:rPr>
              <w:t>Cash flow budget result: inflows minus outflows (section 8.2)</w:t>
            </w:r>
          </w:p>
        </w:tc>
        <w:tc>
          <w:tcPr>
            <w:tcW w:type="dxa" w:w="4535"/>
          </w:tcPr>
          <w:p>
            <w:pPr>
              <w:keepNext/>
            </w:pPr>
            <w:r>
              <w:rPr>
                <w:sz w:val="20"/>
              </w:rPr>
              <w:t>[$]</w:t>
            </w:r>
          </w:p>
        </w:tc>
      </w:tr>
      <w:tr>
        <w:trPr>
          <w:cantSplit w:val="true"/>
        </w:trPr>
        <w:tc>
          <w:tcPr>
            <w:tcW w:type="dxa" w:w="5216"/>
          </w:tcPr>
          <w:p>
            <w:r>
              <w:rPr>
                <w:sz w:val="20"/>
              </w:rPr>
              <w:t>What is attached (section 10)</w:t>
            </w:r>
          </w:p>
        </w:tc>
        <w:tc>
          <w:tcPr>
            <w:tcW w:type="dxa" w:w="4535"/>
          </w:tcPr>
          <w:p>
            <w:r>
              <w:rPr>
                <w:sz w:val="20"/>
              </w:rPr>
              <w:t>[ ]</w:t>
            </w:r>
          </w:p>
        </w:tc>
      </w:tr>
    </w:tbl>
    <w:p>
      <w:pPr>
        <w:spacing w:after="40"/>
      </w:pPr>
    </w:p>
    <w:p>
      <w:pPr>
        <w:pStyle w:val="Heading1"/>
        <w:pageBreakBefore/>
      </w:pPr>
      <w:r>
        <w:t>1. Executive summary</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Write this section last, in one page. Say what the operation grows or raises, how big it is, what the loan is for and what the cash flow budget shows. Keep it plain and short.</w:t>
            </w:r>
          </w:p>
          <w:p>
            <w:pPr>
              <w:spacing w:after="0"/>
            </w:pPr>
            <w:r>
              <w:rPr>
                <w:b/>
              </w:rPr>
              <w:t>Questions to answer in this section:</w:t>
            </w:r>
          </w:p>
          <w:p>
            <w:pPr>
              <w:pStyle w:val="ListBullet"/>
            </w:pPr>
            <w:r>
              <w:rPr>
                <w:b w:val="0"/>
                <w:i w:val="0"/>
              </w:rPr>
              <w:t>What does the operation produce, and on how much land?</w:t>
            </w:r>
          </w:p>
          <w:p>
            <w:pPr>
              <w:pStyle w:val="ListBullet"/>
            </w:pPr>
            <w:r>
              <w:rPr>
                <w:b w:val="0"/>
                <w:i w:val="0"/>
              </w:rPr>
              <w:t>How long has the operator farmed?</w:t>
            </w:r>
          </w:p>
          <w:p>
            <w:pPr>
              <w:pStyle w:val="ListBullet"/>
            </w:pPr>
            <w:r>
              <w:rPr>
                <w:b w:val="0"/>
                <w:i w:val="0"/>
              </w:rPr>
              <w:t>What loan are you asking for, and what is it for?</w:t>
            </w:r>
          </w:p>
          <w:p>
            <w:pPr>
              <w:pStyle w:val="ListBullet"/>
            </w:pPr>
            <w:r>
              <w:rPr>
                <w:b w:val="0"/>
                <w:i w:val="0"/>
              </w:rPr>
              <w:t>What does the cash flow budget show?</w:t>
            </w:r>
          </w:p>
        </w:tc>
      </w:tr>
    </w:tbl>
    <w:p>
      <w:pPr>
        <w:spacing w:after="40"/>
      </w:pPr>
    </w:p>
    <w:p>
      <w:pPr>
        <w:pStyle w:val="ListBullet"/>
      </w:pPr>
      <w:r>
        <w:rPr>
          <w:b w:val="0"/>
          <w:i w:val="0"/>
        </w:rPr>
        <w:t>The operation: [name], a [crop / livestock / mixed] operation in [county, state].</w:t>
      </w:r>
    </w:p>
    <w:p>
      <w:pPr>
        <w:pStyle w:val="ListBullet"/>
      </w:pPr>
      <w:r>
        <w:rPr>
          <w:b w:val="0"/>
          <w:i w:val="0"/>
        </w:rPr>
        <w:t>Land: [acres] owned and [acres] rented. Enterprises: [list] (section 5.1).</w:t>
      </w:r>
    </w:p>
    <w:p>
      <w:pPr>
        <w:pStyle w:val="ListBullet"/>
      </w:pPr>
      <w:r>
        <w:rPr>
          <w:b w:val="0"/>
          <w:i w:val="0"/>
        </w:rPr>
        <w:t>Experience: [years farming and role] (section 4.1).</w:t>
      </w:r>
    </w:p>
    <w:p>
      <w:pPr>
        <w:pStyle w:val="ListBullet"/>
      </w:pPr>
      <w:r>
        <w:rPr>
          <w:b w:val="0"/>
          <w:i w:val="0"/>
        </w:rPr>
        <w:t>The request: [type of loan] of [$] for [purpose] (section 7), or: no loan requested.</w:t>
      </w:r>
    </w:p>
    <w:p>
      <w:pPr>
        <w:pStyle w:val="ListBullet"/>
      </w:pPr>
      <w:r>
        <w:rPr>
          <w:b w:val="0"/>
          <w:i w:val="0"/>
        </w:rPr>
        <w:t>The cash flow budget: inflows of [$] and outflows of [$], a result of [$] (section 8.2).</w:t>
      </w:r>
    </w:p>
    <w:p>
      <w:pPr>
        <w:pStyle w:val="Heading1"/>
      </w:pPr>
      <w:r>
        <w:t>2. Company description</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the operation: who owns it, where it is, how much land it uses and what it produces.</w:t>
            </w:r>
          </w:p>
          <w:p>
            <w:pPr>
              <w:spacing w:after="40"/>
            </w:pPr>
            <w:r>
              <w:rPr>
                <w:b w:val="0"/>
                <w:i w:val="0"/>
              </w:rPr>
              <w:t>If the applicant is an entity, FSA's application list asks for the entity members' address, citizenship, principal occupation and share of ownership, and for a current financial statement from each member and from the entity (7 CFR 764.51(b)(2), current as of 2026-10-16). FSA's rule treats married couples applying as a joint operation differently for some of these items. Ask your FSA office.</w:t>
            </w:r>
          </w:p>
          <w:p>
            <w:pPr>
              <w:spacing w:after="0"/>
            </w:pPr>
            <w:r>
              <w:rPr>
                <w:b/>
              </w:rPr>
              <w:t>Questions to answer in this section:</w:t>
            </w:r>
          </w:p>
          <w:p>
            <w:pPr>
              <w:pStyle w:val="ListBullet"/>
            </w:pPr>
            <w:r>
              <w:rPr>
                <w:b w:val="0"/>
                <w:i w:val="0"/>
              </w:rPr>
              <w:t>Who is the applicant: an individual, a married couple or an entity?</w:t>
            </w:r>
          </w:p>
          <w:p>
            <w:pPr>
              <w:pStyle w:val="ListBullet"/>
            </w:pPr>
            <w:r>
              <w:rPr>
                <w:b w:val="0"/>
                <w:i w:val="0"/>
              </w:rPr>
              <w:t>Where is the operation, and how much land does it use?</w:t>
            </w:r>
          </w:p>
          <w:p>
            <w:pPr>
              <w:pStyle w:val="ListBullet"/>
            </w:pPr>
            <w:r>
              <w:rPr>
                <w:b w:val="0"/>
                <w:i w:val="0"/>
              </w:rPr>
              <w:t>Who operates it day to day?</w:t>
            </w:r>
          </w:p>
        </w:tc>
      </w:tr>
    </w:tbl>
    <w:p>
      <w:pPr>
        <w:spacing w:after="40"/>
      </w:pPr>
    </w:p>
    <w:p>
      <w:r>
        <w:rPr>
          <w:b w:val="0"/>
          <w:i w:val="0"/>
        </w:rPr>
        <w:t>Legal form: [individual / married couple / entity: type]. Operation name: [ ].</w:t>
      </w:r>
    </w:p>
    <w:p>
      <w:r>
        <w:rPr>
          <w:b w:val="0"/>
          <w:i w:val="0"/>
        </w:rPr>
        <w:t>Location: [county, state]. Acres owned: [ ]. Acres rented: [ ].</w:t>
      </w:r>
    </w:p>
    <w:p>
      <w:r>
        <w:rPr>
          <w:b w:val="0"/>
          <w:i w:val="0"/>
        </w:rPr>
        <w:t>Enterprises: [crops, livestock, other]. Who operates the farm day to day: [name].</w:t>
      </w:r>
    </w:p>
    <w:p>
      <w:pPr>
        <w:keepNext/>
        <w:spacing w:after="40"/>
      </w:pPr>
      <w:r>
        <w:rPr>
          <w:b/>
          <w:i w:val="0"/>
          <w:sz w:val="20"/>
        </w:rPr>
        <w:t>Entity members (entities only)</w:t>
      </w:r>
    </w:p>
    <w:tbl>
      <w:tblPr>
        <w:tblStyle w:val="TableGrid"/>
        <w:tblW w:type="auto" w:w="0"/>
        <w:jc w:val="center"/>
        <w:tblLayout w:type="fixed"/>
        <w:tblLook w:firstColumn="1" w:firstRow="1" w:lastColumn="0" w:lastRow="0" w:noHBand="0" w:noVBand="1" w:val="04A0"/>
      </w:tblPr>
      <w:tblGrid>
        <w:gridCol w:w="2154"/>
        <w:gridCol w:w="2381"/>
        <w:gridCol w:w="1701"/>
        <w:gridCol w:w="2041"/>
        <w:gridCol w:w="1474"/>
      </w:tblGrid>
      <w:tr>
        <w:trPr>
          <w:tblHeader w:val="true"/>
          <w:cantSplit w:val="true"/>
        </w:trPr>
        <w:tc>
          <w:tcPr>
            <w:tcW w:type="dxa" w:w="2154"/>
            <w:shd w:val="clear" w:color="auto" w:fill="1F3A5F"/>
          </w:tcPr>
          <w:p>
            <w:pPr>
              <w:keepNext/>
            </w:pPr>
            <w:r/>
            <w:r>
              <w:rPr>
                <w:b/>
                <w:color w:val="FFFFFF"/>
                <w:sz w:val="20"/>
              </w:rPr>
              <w:t>Entity member</w:t>
            </w:r>
          </w:p>
        </w:tc>
        <w:tc>
          <w:tcPr>
            <w:tcW w:type="dxa" w:w="2381"/>
            <w:shd w:val="clear" w:color="auto" w:fill="1F3A5F"/>
          </w:tcPr>
          <w:p>
            <w:pPr>
              <w:keepNext/>
            </w:pPr>
            <w:r/>
            <w:r>
              <w:rPr>
                <w:b/>
                <w:color w:val="FFFFFF"/>
                <w:sz w:val="20"/>
              </w:rPr>
              <w:t>Address</w:t>
            </w:r>
          </w:p>
        </w:tc>
        <w:tc>
          <w:tcPr>
            <w:tcW w:type="dxa" w:w="1701"/>
            <w:shd w:val="clear" w:color="auto" w:fill="1F3A5F"/>
          </w:tcPr>
          <w:p>
            <w:pPr>
              <w:keepNext/>
            </w:pPr>
            <w:r/>
            <w:r>
              <w:rPr>
                <w:b/>
                <w:color w:val="FFFFFF"/>
                <w:sz w:val="20"/>
              </w:rPr>
              <w:t>Citizenship</w:t>
            </w:r>
          </w:p>
        </w:tc>
        <w:tc>
          <w:tcPr>
            <w:tcW w:type="dxa" w:w="2041"/>
            <w:shd w:val="clear" w:color="auto" w:fill="1F3A5F"/>
          </w:tcPr>
          <w:p>
            <w:pPr>
              <w:keepNext/>
            </w:pPr>
            <w:r/>
            <w:r>
              <w:rPr>
                <w:b/>
                <w:color w:val="FFFFFF"/>
                <w:sz w:val="20"/>
              </w:rPr>
              <w:t>Principal occupation</w:t>
            </w:r>
          </w:p>
        </w:tc>
        <w:tc>
          <w:tcPr>
            <w:tcW w:type="dxa" w:w="1474"/>
            <w:shd w:val="clear" w:color="auto" w:fill="1F3A5F"/>
          </w:tcPr>
          <w:p>
            <w:pPr>
              <w:keepNext/>
            </w:pPr>
            <w:r/>
            <w:r>
              <w:rPr>
                <w:b/>
                <w:color w:val="FFFFFF"/>
                <w:sz w:val="20"/>
              </w:rPr>
              <w:t>Share owned (percent)</w:t>
            </w:r>
          </w:p>
        </w:tc>
      </w:tr>
      <w:tr>
        <w:trPr>
          <w:cantSplit w:val="true"/>
        </w:trPr>
        <w:tc>
          <w:tcPr>
            <w:tcW w:type="dxa" w:w="2154"/>
          </w:tcPr>
          <w:p>
            <w:pPr>
              <w:keepNext/>
            </w:pPr>
            <w:r>
              <w:rPr>
                <w:sz w:val="20"/>
              </w:rPr>
              <w:t>[ ]</w:t>
            </w:r>
          </w:p>
        </w:tc>
        <w:tc>
          <w:tcPr>
            <w:tcW w:type="dxa" w:w="2381"/>
          </w:tcPr>
          <w:p>
            <w:pPr>
              <w:keepNext/>
            </w:pPr>
            <w:r>
              <w:rPr>
                <w:sz w:val="20"/>
              </w:rPr>
              <w:t>[ ]</w:t>
            </w:r>
          </w:p>
        </w:tc>
        <w:tc>
          <w:tcPr>
            <w:tcW w:type="dxa" w:w="1701"/>
          </w:tcPr>
          <w:p>
            <w:pPr>
              <w:keepNext/>
            </w:pPr>
            <w:r>
              <w:rPr>
                <w:sz w:val="20"/>
              </w:rPr>
              <w:t>[ ]</w:t>
            </w:r>
          </w:p>
        </w:tc>
        <w:tc>
          <w:tcPr>
            <w:tcW w:type="dxa" w:w="2041"/>
          </w:tcPr>
          <w:p>
            <w:pPr>
              <w:keepNext/>
            </w:pPr>
            <w:r>
              <w:rPr>
                <w:sz w:val="20"/>
              </w:rPr>
              <w:t>[ ]</w:t>
            </w:r>
          </w:p>
        </w:tc>
        <w:tc>
          <w:tcPr>
            <w:tcW w:type="dxa" w:w="1474"/>
          </w:tcPr>
          <w:p>
            <w:pPr>
              <w:keepNext/>
            </w:pPr>
            <w:r>
              <w:rPr>
                <w:sz w:val="20"/>
              </w:rPr>
              <w:t>[ ]</w:t>
            </w:r>
          </w:p>
        </w:tc>
      </w:tr>
      <w:tr>
        <w:trPr>
          <w:cantSplit w:val="true"/>
        </w:trPr>
        <w:tc>
          <w:tcPr>
            <w:tcW w:type="dxa" w:w="2154"/>
          </w:tcPr>
          <w:p>
            <w:pPr>
              <w:keepNext/>
            </w:pPr>
            <w:r>
              <w:rPr>
                <w:sz w:val="20"/>
              </w:rPr>
              <w:t>[ ]</w:t>
            </w:r>
          </w:p>
        </w:tc>
        <w:tc>
          <w:tcPr>
            <w:tcW w:type="dxa" w:w="2381"/>
          </w:tcPr>
          <w:p>
            <w:pPr>
              <w:keepNext/>
            </w:pPr>
            <w:r>
              <w:rPr>
                <w:sz w:val="20"/>
              </w:rPr>
              <w:t>[ ]</w:t>
            </w:r>
          </w:p>
        </w:tc>
        <w:tc>
          <w:tcPr>
            <w:tcW w:type="dxa" w:w="1701"/>
          </w:tcPr>
          <w:p>
            <w:pPr>
              <w:keepNext/>
            </w:pPr>
            <w:r>
              <w:rPr>
                <w:sz w:val="20"/>
              </w:rPr>
              <w:t>[ ]</w:t>
            </w:r>
          </w:p>
        </w:tc>
        <w:tc>
          <w:tcPr>
            <w:tcW w:type="dxa" w:w="2041"/>
          </w:tcPr>
          <w:p>
            <w:pPr>
              <w:keepNext/>
            </w:pPr>
            <w:r>
              <w:rPr>
                <w:sz w:val="20"/>
              </w:rPr>
              <w:t>[ ]</w:t>
            </w:r>
          </w:p>
        </w:tc>
        <w:tc>
          <w:tcPr>
            <w:tcW w:type="dxa" w:w="1474"/>
          </w:tcPr>
          <w:p>
            <w:pPr>
              <w:keepNext/>
            </w:pPr>
            <w:r>
              <w:rPr>
                <w:sz w:val="20"/>
              </w:rPr>
              <w:t>[ ]</w:t>
            </w:r>
          </w:p>
        </w:tc>
      </w:tr>
      <w:tr>
        <w:trPr>
          <w:cantSplit w:val="true"/>
        </w:trPr>
        <w:tc>
          <w:tcPr>
            <w:tcW w:type="dxa" w:w="2154"/>
          </w:tcPr>
          <w:p>
            <w:pPr>
              <w:keepNext/>
            </w:pPr>
            <w:r>
              <w:rPr>
                <w:sz w:val="20"/>
              </w:rPr>
              <w:t>[ ]</w:t>
            </w:r>
          </w:p>
        </w:tc>
        <w:tc>
          <w:tcPr>
            <w:tcW w:type="dxa" w:w="2381"/>
          </w:tcPr>
          <w:p>
            <w:pPr>
              <w:keepNext/>
            </w:pPr>
            <w:r>
              <w:rPr>
                <w:sz w:val="20"/>
              </w:rPr>
              <w:t>[ ]</w:t>
            </w:r>
          </w:p>
        </w:tc>
        <w:tc>
          <w:tcPr>
            <w:tcW w:type="dxa" w:w="1701"/>
          </w:tcPr>
          <w:p>
            <w:pPr>
              <w:keepNext/>
            </w:pPr>
            <w:r>
              <w:rPr>
                <w:sz w:val="20"/>
              </w:rPr>
              <w:t>[ ]</w:t>
            </w:r>
          </w:p>
        </w:tc>
        <w:tc>
          <w:tcPr>
            <w:tcW w:type="dxa" w:w="2041"/>
          </w:tcPr>
          <w:p>
            <w:pPr>
              <w:keepNext/>
            </w:pPr>
            <w:r>
              <w:rPr>
                <w:sz w:val="20"/>
              </w:rPr>
              <w:t>[ ]</w:t>
            </w:r>
          </w:p>
        </w:tc>
        <w:tc>
          <w:tcPr>
            <w:tcW w:type="dxa" w:w="1474"/>
          </w:tcPr>
          <w:p>
            <w:pPr>
              <w:keepNext/>
            </w:pPr>
            <w:r>
              <w:rPr>
                <w:sz w:val="20"/>
              </w:rPr>
              <w:t>[ ]</w:t>
            </w:r>
          </w:p>
        </w:tc>
      </w:tr>
      <w:tr>
        <w:trPr>
          <w:cantSplit w:val="true"/>
        </w:trPr>
        <w:tc>
          <w:tcPr>
            <w:tcW w:type="dxa" w:w="2154"/>
          </w:tcPr>
          <w:p>
            <w:r>
              <w:rPr>
                <w:sz w:val="20"/>
              </w:rPr>
              <w:t>[ ]</w:t>
            </w:r>
          </w:p>
        </w:tc>
        <w:tc>
          <w:tcPr>
            <w:tcW w:type="dxa" w:w="2381"/>
          </w:tcPr>
          <w:p>
            <w:r>
              <w:rPr>
                <w:sz w:val="20"/>
              </w:rPr>
              <w:t>[ ]</w:t>
            </w:r>
          </w:p>
        </w:tc>
        <w:tc>
          <w:tcPr>
            <w:tcW w:type="dxa" w:w="1701"/>
          </w:tcPr>
          <w:p>
            <w:r>
              <w:rPr>
                <w:sz w:val="20"/>
              </w:rPr>
              <w:t>[ ]</w:t>
            </w:r>
          </w:p>
        </w:tc>
        <w:tc>
          <w:tcPr>
            <w:tcW w:type="dxa" w:w="2041"/>
          </w:tcPr>
          <w:p>
            <w:r>
              <w:rPr>
                <w:sz w:val="20"/>
              </w:rPr>
              <w:t>[ ]</w:t>
            </w:r>
          </w:p>
        </w:tc>
        <w:tc>
          <w:tcPr>
            <w:tcW w:type="dxa" w:w="1474"/>
          </w:tcPr>
          <w:p>
            <w:r>
              <w:rPr>
                <w:sz w:val="20"/>
              </w:rPr>
              <w:t>[ ]</w:t>
            </w:r>
          </w:p>
        </w:tc>
      </w:tr>
    </w:tbl>
    <w:p>
      <w:pPr>
        <w:spacing w:after="40"/>
      </w:pPr>
    </w:p>
    <w:p>
      <w:pPr>
        <w:pStyle w:val="Heading1"/>
      </w:pPr>
      <w:r>
        <w:t>3. Market analysis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what you sell, to whom and how, from your own records: contracts, cash markets or direct sales.</w:t>
            </w:r>
          </w:p>
          <w:p>
            <w:pPr>
              <w:spacing w:after="40"/>
            </w:pPr>
            <w:r>
              <w:rPr>
                <w:b w:val="0"/>
                <w:i w:val="0"/>
              </w:rPr>
              <w:t>This template supplies no prices or market figures. Keep your own price records here. FSA's rule says unit prices established by FSA will generally be used, and that an applicant who provides evidence of a premium price may use a higher one (7 CFR 761.104(d), current as of 2026-10-16). If you have that evidence, note it below. Ask your FSA office.</w:t>
            </w:r>
          </w:p>
          <w:p>
            <w:pPr>
              <w:spacing w:after="0"/>
            </w:pPr>
            <w:r>
              <w:rPr>
                <w:b/>
              </w:rPr>
              <w:t>Questions to answer in this section:</w:t>
            </w:r>
          </w:p>
          <w:p>
            <w:pPr>
              <w:pStyle w:val="ListBullet"/>
            </w:pPr>
            <w:r>
              <w:rPr>
                <w:b w:val="0"/>
                <w:i w:val="0"/>
              </w:rPr>
              <w:t>What do you sell, and to whom?</w:t>
            </w:r>
          </w:p>
          <w:p>
            <w:pPr>
              <w:pStyle w:val="ListBullet"/>
            </w:pPr>
            <w:r>
              <w:rPr>
                <w:b w:val="0"/>
                <w:i w:val="0"/>
              </w:rPr>
              <w:t>How is it sold: contract, cash market or direct?</w:t>
            </w:r>
          </w:p>
          <w:p>
            <w:pPr>
              <w:pStyle w:val="ListBullet"/>
            </w:pPr>
            <w:r>
              <w:rPr>
                <w:b w:val="0"/>
                <w:i w:val="0"/>
              </w:rPr>
              <w:t>What records show the prices you receive?</w:t>
            </w:r>
          </w:p>
        </w:tc>
      </w:tr>
    </w:tbl>
    <w:p>
      <w:pPr>
        <w:spacing w:after="40"/>
      </w:pPr>
    </w:p>
    <w:tbl>
      <w:tblPr>
        <w:tblStyle w:val="TableGrid"/>
        <w:tblW w:type="auto" w:w="0"/>
        <w:jc w:val="center"/>
        <w:tblLayout w:type="fixed"/>
        <w:tblLook w:firstColumn="1" w:firstRow="1" w:lastColumn="0" w:lastRow="0" w:noHBand="0" w:noVBand="1" w:val="04A0"/>
      </w:tblPr>
      <w:tblGrid>
        <w:gridCol w:w="1701"/>
        <w:gridCol w:w="2041"/>
        <w:gridCol w:w="2154"/>
        <w:gridCol w:w="2041"/>
        <w:gridCol w:w="1814"/>
      </w:tblGrid>
      <w:tr>
        <w:trPr>
          <w:tblHeader w:val="true"/>
          <w:cantSplit w:val="true"/>
        </w:trPr>
        <w:tc>
          <w:tcPr>
            <w:tcW w:type="dxa" w:w="1701"/>
            <w:shd w:val="clear" w:color="auto" w:fill="1F3A5F"/>
          </w:tcPr>
          <w:p>
            <w:pPr>
              <w:keepNext/>
            </w:pPr>
            <w:r/>
            <w:r>
              <w:rPr>
                <w:b/>
                <w:color w:val="FFFFFF"/>
                <w:sz w:val="20"/>
              </w:rPr>
              <w:t>Enterprise</w:t>
            </w:r>
          </w:p>
        </w:tc>
        <w:tc>
          <w:tcPr>
            <w:tcW w:type="dxa" w:w="2041"/>
            <w:shd w:val="clear" w:color="auto" w:fill="1F3A5F"/>
          </w:tcPr>
          <w:p>
            <w:pPr>
              <w:keepNext/>
            </w:pPr>
            <w:r/>
            <w:r>
              <w:rPr>
                <w:b/>
                <w:color w:val="FFFFFF"/>
                <w:sz w:val="20"/>
              </w:rPr>
              <w:t>Buyer or market</w:t>
            </w:r>
          </w:p>
        </w:tc>
        <w:tc>
          <w:tcPr>
            <w:tcW w:type="dxa" w:w="2154"/>
            <w:shd w:val="clear" w:color="auto" w:fill="1F3A5F"/>
          </w:tcPr>
          <w:p>
            <w:pPr>
              <w:keepNext/>
            </w:pPr>
            <w:r/>
            <w:r>
              <w:rPr>
                <w:b/>
                <w:color w:val="FFFFFF"/>
                <w:sz w:val="20"/>
              </w:rPr>
              <w:t>How it is sold</w:t>
            </w:r>
          </w:p>
        </w:tc>
        <w:tc>
          <w:tcPr>
            <w:tcW w:type="dxa" w:w="2041"/>
            <w:shd w:val="clear" w:color="auto" w:fill="1F3A5F"/>
          </w:tcPr>
          <w:p>
            <w:pPr>
              <w:keepNext/>
            </w:pPr>
            <w:r/>
            <w:r>
              <w:rPr>
                <w:b/>
                <w:color w:val="FFFFFF"/>
                <w:sz w:val="20"/>
              </w:rPr>
              <w:t>Where it is delivered or picked up</w:t>
            </w:r>
          </w:p>
        </w:tc>
        <w:tc>
          <w:tcPr>
            <w:tcW w:type="dxa" w:w="1814"/>
            <w:shd w:val="clear" w:color="auto" w:fill="1F3A5F"/>
          </w:tcPr>
          <w:p>
            <w:pPr>
              <w:keepNext/>
            </w:pPr>
            <w:r/>
            <w:r>
              <w:rPr>
                <w:b/>
                <w:color w:val="FFFFFF"/>
                <w:sz w:val="20"/>
              </w:rPr>
              <w:t>Price records kept</w:t>
            </w:r>
          </w:p>
        </w:tc>
      </w:tr>
      <w:tr>
        <w:trPr>
          <w:cantSplit w:val="true"/>
        </w:trPr>
        <w:tc>
          <w:tcPr>
            <w:tcW w:type="dxa" w:w="1701"/>
          </w:tcPr>
          <w:p>
            <w:pPr>
              <w:keepNext/>
            </w:pPr>
            <w:r>
              <w:rPr>
                <w:sz w:val="20"/>
              </w:rPr>
              <w:t>[ ]</w:t>
            </w:r>
          </w:p>
        </w:tc>
        <w:tc>
          <w:tcPr>
            <w:tcW w:type="dxa" w:w="2041"/>
          </w:tcPr>
          <w:p>
            <w:pPr>
              <w:keepNext/>
            </w:pPr>
            <w:r>
              <w:rPr>
                <w:sz w:val="20"/>
              </w:rPr>
              <w:t>[ ]</w:t>
            </w:r>
          </w:p>
        </w:tc>
        <w:tc>
          <w:tcPr>
            <w:tcW w:type="dxa" w:w="2154"/>
          </w:tcPr>
          <w:p>
            <w:pPr>
              <w:keepNext/>
            </w:pPr>
            <w:r>
              <w:rPr>
                <w:sz w:val="20"/>
              </w:rPr>
              <w:t>[contract / cash market / direct / other]</w:t>
            </w:r>
          </w:p>
        </w:tc>
        <w:tc>
          <w:tcPr>
            <w:tcW w:type="dxa" w:w="2041"/>
          </w:tcPr>
          <w:p>
            <w:pPr>
              <w:keepNext/>
            </w:pPr>
            <w:r>
              <w:rPr>
                <w:sz w:val="20"/>
              </w:rPr>
              <w:t>[ ]</w:t>
            </w:r>
          </w:p>
        </w:tc>
        <w:tc>
          <w:tcPr>
            <w:tcW w:type="dxa" w:w="1814"/>
          </w:tcPr>
          <w:p>
            <w:pPr>
              <w:keepNext/>
            </w:pPr>
            <w:r>
              <w:rPr>
                <w:sz w:val="20"/>
              </w:rPr>
              <w:t>[ ]</w:t>
            </w:r>
          </w:p>
        </w:tc>
      </w:tr>
      <w:tr>
        <w:trPr>
          <w:cantSplit w:val="true"/>
        </w:trPr>
        <w:tc>
          <w:tcPr>
            <w:tcW w:type="dxa" w:w="1701"/>
          </w:tcPr>
          <w:p>
            <w:pPr>
              <w:keepNext/>
            </w:pPr>
            <w:r>
              <w:rPr>
                <w:sz w:val="20"/>
              </w:rPr>
              <w:t>[ ]</w:t>
            </w:r>
          </w:p>
        </w:tc>
        <w:tc>
          <w:tcPr>
            <w:tcW w:type="dxa" w:w="2041"/>
          </w:tcPr>
          <w:p>
            <w:pPr>
              <w:keepNext/>
            </w:pPr>
            <w:r>
              <w:rPr>
                <w:sz w:val="20"/>
              </w:rPr>
              <w:t>[ ]</w:t>
            </w:r>
          </w:p>
        </w:tc>
        <w:tc>
          <w:tcPr>
            <w:tcW w:type="dxa" w:w="2154"/>
          </w:tcPr>
          <w:p>
            <w:pPr>
              <w:keepNext/>
            </w:pPr>
            <w:r>
              <w:rPr>
                <w:sz w:val="20"/>
              </w:rPr>
              <w:t>[contract / cash market / direct / other]</w:t>
            </w:r>
          </w:p>
        </w:tc>
        <w:tc>
          <w:tcPr>
            <w:tcW w:type="dxa" w:w="2041"/>
          </w:tcPr>
          <w:p>
            <w:pPr>
              <w:keepNext/>
            </w:pPr>
            <w:r>
              <w:rPr>
                <w:sz w:val="20"/>
              </w:rPr>
              <w:t>[ ]</w:t>
            </w:r>
          </w:p>
        </w:tc>
        <w:tc>
          <w:tcPr>
            <w:tcW w:type="dxa" w:w="1814"/>
          </w:tcPr>
          <w:p>
            <w:pPr>
              <w:keepNext/>
            </w:pPr>
            <w:r>
              <w:rPr>
                <w:sz w:val="20"/>
              </w:rPr>
              <w:t>[ ]</w:t>
            </w:r>
          </w:p>
        </w:tc>
      </w:tr>
      <w:tr>
        <w:trPr>
          <w:cantSplit w:val="true"/>
        </w:trPr>
        <w:tc>
          <w:tcPr>
            <w:tcW w:type="dxa" w:w="1701"/>
          </w:tcPr>
          <w:p>
            <w:pPr>
              <w:keepNext/>
            </w:pPr>
            <w:r>
              <w:rPr>
                <w:sz w:val="20"/>
              </w:rPr>
              <w:t>[ ]</w:t>
            </w:r>
          </w:p>
        </w:tc>
        <w:tc>
          <w:tcPr>
            <w:tcW w:type="dxa" w:w="2041"/>
          </w:tcPr>
          <w:p>
            <w:pPr>
              <w:keepNext/>
            </w:pPr>
            <w:r>
              <w:rPr>
                <w:sz w:val="20"/>
              </w:rPr>
              <w:t>[ ]</w:t>
            </w:r>
          </w:p>
        </w:tc>
        <w:tc>
          <w:tcPr>
            <w:tcW w:type="dxa" w:w="2154"/>
          </w:tcPr>
          <w:p>
            <w:pPr>
              <w:keepNext/>
            </w:pPr>
            <w:r>
              <w:rPr>
                <w:sz w:val="20"/>
              </w:rPr>
              <w:t>[contract / cash market / direct / other]</w:t>
            </w:r>
          </w:p>
        </w:tc>
        <w:tc>
          <w:tcPr>
            <w:tcW w:type="dxa" w:w="2041"/>
          </w:tcPr>
          <w:p>
            <w:pPr>
              <w:keepNext/>
            </w:pPr>
            <w:r>
              <w:rPr>
                <w:sz w:val="20"/>
              </w:rPr>
              <w:t>[ ]</w:t>
            </w:r>
          </w:p>
        </w:tc>
        <w:tc>
          <w:tcPr>
            <w:tcW w:type="dxa" w:w="1814"/>
          </w:tcPr>
          <w:p>
            <w:pPr>
              <w:keepNext/>
            </w:pPr>
            <w:r>
              <w:rPr>
                <w:sz w:val="20"/>
              </w:rPr>
              <w:t>[ ]</w:t>
            </w:r>
          </w:p>
        </w:tc>
      </w:tr>
      <w:tr>
        <w:trPr>
          <w:cantSplit w:val="true"/>
        </w:trPr>
        <w:tc>
          <w:tcPr>
            <w:tcW w:type="dxa" w:w="1701"/>
          </w:tcPr>
          <w:p>
            <w:r>
              <w:rPr>
                <w:sz w:val="20"/>
              </w:rPr>
              <w:t>[ ]</w:t>
            </w:r>
          </w:p>
        </w:tc>
        <w:tc>
          <w:tcPr>
            <w:tcW w:type="dxa" w:w="2041"/>
          </w:tcPr>
          <w:p>
            <w:r>
              <w:rPr>
                <w:sz w:val="20"/>
              </w:rPr>
              <w:t>[ ]</w:t>
            </w:r>
          </w:p>
        </w:tc>
        <w:tc>
          <w:tcPr>
            <w:tcW w:type="dxa" w:w="2154"/>
          </w:tcPr>
          <w:p>
            <w:r>
              <w:rPr>
                <w:sz w:val="20"/>
              </w:rPr>
              <w:t>[contract / cash market / direct / other]</w:t>
            </w:r>
          </w:p>
        </w:tc>
        <w:tc>
          <w:tcPr>
            <w:tcW w:type="dxa" w:w="2041"/>
          </w:tcPr>
          <w:p>
            <w:r>
              <w:rPr>
                <w:sz w:val="20"/>
              </w:rPr>
              <w:t>[ ]</w:t>
            </w:r>
          </w:p>
        </w:tc>
        <w:tc>
          <w:tcPr>
            <w:tcW w:type="dxa" w:w="1814"/>
          </w:tcPr>
          <w:p>
            <w:r>
              <w:rPr>
                <w:sz w:val="20"/>
              </w:rPr>
              <w:t>[ ]</w:t>
            </w:r>
          </w:p>
        </w:tc>
      </w:tr>
    </w:tbl>
    <w:p>
      <w:pPr>
        <w:spacing w:after="40"/>
      </w:pPr>
    </w:p>
    <w:p>
      <w:r>
        <w:rPr>
          <w:b w:val="0"/>
          <w:i w:val="0"/>
        </w:rPr>
        <w:t>Evidence of a premium price, if any: [ ].</w:t>
      </w:r>
    </w:p>
    <w:p>
      <w:pPr>
        <w:pStyle w:val="Heading1"/>
        <w:pageBreakBefore/>
      </w:pPr>
      <w:r>
        <w:t>4. Organization and management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Show who runs the operation, who makes decisions and who does the work, family and hired. Then fill in the training and experience record (4.1), the farm-ownership experience checklist (4.2) and the goals and training plan (4.3).</w:t>
            </w:r>
          </w:p>
          <w:p>
            <w:pPr>
              <w:spacing w:after="40"/>
            </w:pPr>
            <w:r>
              <w:rPr>
                <w:b w:val="0"/>
                <w:i w:val="0"/>
              </w:rPr>
              <w:t>Planned hires go in the Excel workbook: Assumptions tab, payroll section (role, headcount, annual salary, start month).</w:t>
            </w:r>
          </w:p>
          <w:p>
            <w:pPr>
              <w:spacing w:after="0"/>
            </w:pPr>
            <w:r>
              <w:rPr>
                <w:b/>
              </w:rPr>
              <w:t>Questions to answer in this section:</w:t>
            </w:r>
          </w:p>
          <w:p>
            <w:pPr>
              <w:pStyle w:val="ListBullet"/>
            </w:pPr>
            <w:r>
              <w:rPr>
                <w:b w:val="0"/>
                <w:i w:val="0"/>
              </w:rPr>
              <w:t>Who owns, manages and works the operation?</w:t>
            </w:r>
          </w:p>
          <w:p>
            <w:pPr>
              <w:pStyle w:val="ListBullet"/>
            </w:pPr>
            <w:r>
              <w:rPr>
                <w:b w:val="0"/>
                <w:i w:val="0"/>
              </w:rPr>
              <w:t>Who do you need to hire, and when?</w:t>
            </w:r>
          </w:p>
        </w:tc>
      </w:tr>
    </w:tbl>
    <w:p>
      <w:pPr>
        <w:spacing w:after="40"/>
      </w:pPr>
    </w:p>
    <w:tbl>
      <w:tblPr>
        <w:tblStyle w:val="TableGrid"/>
        <w:tblW w:type="auto" w:w="0"/>
        <w:jc w:val="center"/>
        <w:tblLayout w:type="fixed"/>
        <w:tblLook w:firstColumn="1" w:firstRow="1" w:lastColumn="0" w:lastRow="0" w:noHBand="0" w:noVBand="1" w:val="04A0"/>
      </w:tblPr>
      <w:tblGrid>
        <w:gridCol w:w="2381"/>
        <w:gridCol w:w="3061"/>
        <w:gridCol w:w="2154"/>
        <w:gridCol w:w="2154"/>
      </w:tblGrid>
      <w:tr>
        <w:trPr>
          <w:tblHeader w:val="true"/>
          <w:cantSplit w:val="true"/>
        </w:trPr>
        <w:tc>
          <w:tcPr>
            <w:tcW w:type="dxa" w:w="2381"/>
            <w:shd w:val="clear" w:color="auto" w:fill="1F3A5F"/>
          </w:tcPr>
          <w:p>
            <w:pPr>
              <w:keepNext/>
            </w:pPr>
            <w:r/>
            <w:r>
              <w:rPr>
                <w:b/>
                <w:color w:val="FFFFFF"/>
                <w:sz w:val="20"/>
              </w:rPr>
              <w:t>Person or role</w:t>
            </w:r>
          </w:p>
        </w:tc>
        <w:tc>
          <w:tcPr>
            <w:tcW w:type="dxa" w:w="3061"/>
            <w:shd w:val="clear" w:color="auto" w:fill="1F3A5F"/>
          </w:tcPr>
          <w:p>
            <w:pPr>
              <w:keepNext/>
            </w:pPr>
            <w:r/>
            <w:r>
              <w:rPr>
                <w:b/>
                <w:color w:val="FFFFFF"/>
                <w:sz w:val="20"/>
              </w:rPr>
              <w:t>What they do</w:t>
            </w:r>
          </w:p>
        </w:tc>
        <w:tc>
          <w:tcPr>
            <w:tcW w:type="dxa" w:w="2154"/>
            <w:shd w:val="clear" w:color="auto" w:fill="1F3A5F"/>
          </w:tcPr>
          <w:p>
            <w:pPr>
              <w:keepNext/>
            </w:pPr>
            <w:r/>
            <w:r>
              <w:rPr>
                <w:b/>
                <w:color w:val="FFFFFF"/>
                <w:sz w:val="20"/>
              </w:rPr>
              <w:t>Owner, family or hired</w:t>
            </w:r>
          </w:p>
        </w:tc>
        <w:tc>
          <w:tcPr>
            <w:tcW w:type="dxa" w:w="2154"/>
            <w:shd w:val="clear" w:color="auto" w:fill="1F3A5F"/>
          </w:tcPr>
          <w:p>
            <w:pPr>
              <w:keepNext/>
            </w:pPr>
            <w:r/>
            <w:r>
              <w:rPr>
                <w:b/>
                <w:color w:val="FFFFFF"/>
                <w:sz w:val="20"/>
              </w:rPr>
              <w:t>Part-time or full-time</w:t>
            </w:r>
          </w:p>
        </w:tc>
      </w:tr>
      <w:tr>
        <w:trPr>
          <w:cantSplit w:val="true"/>
        </w:trPr>
        <w:tc>
          <w:tcPr>
            <w:tcW w:type="dxa" w:w="2381"/>
          </w:tcPr>
          <w:p>
            <w:pPr>
              <w:keepNext/>
            </w:pPr>
            <w:r>
              <w:rPr>
                <w:sz w:val="20"/>
              </w:rPr>
              <w:t>[ ]</w:t>
            </w:r>
          </w:p>
        </w:tc>
        <w:tc>
          <w:tcPr>
            <w:tcW w:type="dxa" w:w="3061"/>
          </w:tcPr>
          <w:p>
            <w:pPr>
              <w:keepNext/>
            </w:pPr>
            <w:r>
              <w:rPr>
                <w:sz w:val="20"/>
              </w:rPr>
              <w:t>[ ]</w:t>
            </w:r>
          </w:p>
        </w:tc>
        <w:tc>
          <w:tcPr>
            <w:tcW w:type="dxa" w:w="2154"/>
          </w:tcPr>
          <w:p>
            <w:pPr>
              <w:keepNext/>
            </w:pPr>
            <w:r>
              <w:rPr>
                <w:sz w:val="20"/>
              </w:rPr>
              <w:t>[ ]</w:t>
            </w:r>
          </w:p>
        </w:tc>
        <w:tc>
          <w:tcPr>
            <w:tcW w:type="dxa" w:w="2154"/>
          </w:tcPr>
          <w:p>
            <w:pPr>
              <w:keepNext/>
            </w:pPr>
            <w:r>
              <w:rPr>
                <w:sz w:val="20"/>
              </w:rPr>
              <w:t>[ ]</w:t>
            </w:r>
          </w:p>
        </w:tc>
      </w:tr>
      <w:tr>
        <w:trPr>
          <w:cantSplit w:val="true"/>
        </w:trPr>
        <w:tc>
          <w:tcPr>
            <w:tcW w:type="dxa" w:w="2381"/>
          </w:tcPr>
          <w:p>
            <w:pPr>
              <w:keepNext/>
            </w:pPr>
            <w:r>
              <w:rPr>
                <w:sz w:val="20"/>
              </w:rPr>
              <w:t>[ ]</w:t>
            </w:r>
          </w:p>
        </w:tc>
        <w:tc>
          <w:tcPr>
            <w:tcW w:type="dxa" w:w="3061"/>
          </w:tcPr>
          <w:p>
            <w:pPr>
              <w:keepNext/>
            </w:pPr>
            <w:r>
              <w:rPr>
                <w:sz w:val="20"/>
              </w:rPr>
              <w:t>[ ]</w:t>
            </w:r>
          </w:p>
        </w:tc>
        <w:tc>
          <w:tcPr>
            <w:tcW w:type="dxa" w:w="2154"/>
          </w:tcPr>
          <w:p>
            <w:pPr>
              <w:keepNext/>
            </w:pPr>
            <w:r>
              <w:rPr>
                <w:sz w:val="20"/>
              </w:rPr>
              <w:t>[ ]</w:t>
            </w:r>
          </w:p>
        </w:tc>
        <w:tc>
          <w:tcPr>
            <w:tcW w:type="dxa" w:w="2154"/>
          </w:tcPr>
          <w:p>
            <w:pPr>
              <w:keepNext/>
            </w:pPr>
            <w:r>
              <w:rPr>
                <w:sz w:val="20"/>
              </w:rPr>
              <w:t>[ ]</w:t>
            </w:r>
          </w:p>
        </w:tc>
      </w:tr>
      <w:tr>
        <w:trPr>
          <w:cantSplit w:val="true"/>
        </w:trPr>
        <w:tc>
          <w:tcPr>
            <w:tcW w:type="dxa" w:w="2381"/>
          </w:tcPr>
          <w:p>
            <w:pPr>
              <w:keepNext/>
            </w:pPr>
            <w:r>
              <w:rPr>
                <w:sz w:val="20"/>
              </w:rPr>
              <w:t>[ ]</w:t>
            </w:r>
          </w:p>
        </w:tc>
        <w:tc>
          <w:tcPr>
            <w:tcW w:type="dxa" w:w="3061"/>
          </w:tcPr>
          <w:p>
            <w:pPr>
              <w:keepNext/>
            </w:pPr>
            <w:r>
              <w:rPr>
                <w:sz w:val="20"/>
              </w:rPr>
              <w:t>[ ]</w:t>
            </w:r>
          </w:p>
        </w:tc>
        <w:tc>
          <w:tcPr>
            <w:tcW w:type="dxa" w:w="2154"/>
          </w:tcPr>
          <w:p>
            <w:pPr>
              <w:keepNext/>
            </w:pPr>
            <w:r>
              <w:rPr>
                <w:sz w:val="20"/>
              </w:rPr>
              <w:t>[ ]</w:t>
            </w:r>
          </w:p>
        </w:tc>
        <w:tc>
          <w:tcPr>
            <w:tcW w:type="dxa" w:w="2154"/>
          </w:tcPr>
          <w:p>
            <w:pPr>
              <w:keepNext/>
            </w:pPr>
            <w:r>
              <w:rPr>
                <w:sz w:val="20"/>
              </w:rPr>
              <w:t>[ ]</w:t>
            </w:r>
          </w:p>
        </w:tc>
      </w:tr>
      <w:tr>
        <w:trPr>
          <w:cantSplit w:val="true"/>
        </w:trPr>
        <w:tc>
          <w:tcPr>
            <w:tcW w:type="dxa" w:w="2381"/>
          </w:tcPr>
          <w:p>
            <w:r>
              <w:rPr>
                <w:sz w:val="20"/>
              </w:rPr>
              <w:t>[ ]</w:t>
            </w:r>
          </w:p>
        </w:tc>
        <w:tc>
          <w:tcPr>
            <w:tcW w:type="dxa" w:w="3061"/>
          </w:tcPr>
          <w:p>
            <w:r>
              <w:rPr>
                <w:sz w:val="20"/>
              </w:rPr>
              <w:t>[ ]</w:t>
            </w:r>
          </w:p>
        </w:tc>
        <w:tc>
          <w:tcPr>
            <w:tcW w:type="dxa" w:w="2154"/>
          </w:tcPr>
          <w:p>
            <w:r>
              <w:rPr>
                <w:sz w:val="20"/>
              </w:rPr>
              <w:t>[ ]</w:t>
            </w:r>
          </w:p>
        </w:tc>
        <w:tc>
          <w:tcPr>
            <w:tcW w:type="dxa" w:w="2154"/>
          </w:tcPr>
          <w:p>
            <w:r>
              <w:rPr>
                <w:sz w:val="20"/>
              </w:rPr>
              <w:t>[ ]</w:t>
            </w:r>
          </w:p>
        </w:tc>
      </w:tr>
    </w:tbl>
    <w:p>
      <w:pPr>
        <w:spacing w:after="40"/>
      </w:pPr>
    </w:p>
    <w:p>
      <w:r>
        <w:rPr>
          <w:b w:val="0"/>
          <w:i w:val="0"/>
        </w:rPr>
        <w:t>Advisors: [accountant], [attorney], [insurance agent], [crop adviser or extension contact].</w:t>
      </w:r>
    </w:p>
    <w:p>
      <w:pPr>
        <w:pStyle w:val="Heading2"/>
      </w:pPr>
      <w:r>
        <w:t>4.1 Training and experience record</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What FSA lists</w:t>
            </w:r>
          </w:p>
          <w:p>
            <w:pPr>
              <w:pStyle w:val="ListBullet"/>
            </w:pPr>
            <w:r>
              <w:rPr>
                <w:b w:val="0"/>
                <w:i w:val="0"/>
              </w:rPr>
              <w:t>FSA lists education, on-the-job training and farming experience as ways to show managerial ability, “as determined by the Agency” (7 CFR 764.101(i), current as of 2026-10-16). The application lists a written description of farm training and experience, including each entity member who will manage or operate the farm (7 CFR 764.51(b)(3)). Ask your FSA office how your record is counted, and how older experience is counted.</w:t>
            </w:r>
          </w:p>
        </w:tc>
      </w:tr>
    </w:tbl>
    <w:p>
      <w:pPr>
        <w:spacing w:after="40"/>
      </w:pPr>
    </w:p>
    <w:p>
      <w:pPr>
        <w:spacing w:after="80"/>
      </w:pPr>
      <w:r>
        <w:rPr>
          <w:b w:val="0"/>
          <w:i/>
          <w:color w:val="555555"/>
        </w:rPr>
        <w:t>One row per person. Every cell is your own entry; this template gives no verdict on whether a record is enough.</w:t>
      </w:r>
    </w:p>
    <w:tbl>
      <w:tblPr>
        <w:tblStyle w:val="TableGrid"/>
        <w:tblW w:type="auto" w:w="0"/>
        <w:jc w:val="center"/>
        <w:tblLayout w:type="fixed"/>
        <w:tblLook w:firstColumn="1" w:firstRow="1" w:lastColumn="0" w:lastRow="0" w:noHBand="0" w:noVBand="1" w:val="04A0"/>
      </w:tblPr>
      <w:tblGrid>
        <w:gridCol w:w="1701"/>
        <w:gridCol w:w="1928"/>
        <w:gridCol w:w="2041"/>
        <w:gridCol w:w="2608"/>
        <w:gridCol w:w="1474"/>
      </w:tblGrid>
      <w:tr>
        <w:trPr>
          <w:tblHeader w:val="true"/>
          <w:cantSplit w:val="true"/>
        </w:trPr>
        <w:tc>
          <w:tcPr>
            <w:tcW w:type="dxa" w:w="1701"/>
            <w:shd w:val="clear" w:color="auto" w:fill="1F3A5F"/>
          </w:tcPr>
          <w:p>
            <w:pPr>
              <w:keepNext/>
            </w:pPr>
            <w:r/>
            <w:r>
              <w:rPr>
                <w:b/>
                <w:color w:val="FFFFFF"/>
                <w:sz w:val="20"/>
              </w:rPr>
              <w:t>Person</w:t>
            </w:r>
          </w:p>
        </w:tc>
        <w:tc>
          <w:tcPr>
            <w:tcW w:type="dxa" w:w="1928"/>
            <w:shd w:val="clear" w:color="auto" w:fill="1F3A5F"/>
          </w:tcPr>
          <w:p>
            <w:pPr>
              <w:keepNext/>
            </w:pPr>
            <w:r/>
            <w:r>
              <w:rPr>
                <w:b/>
                <w:color w:val="FFFFFF"/>
                <w:sz w:val="20"/>
              </w:rPr>
              <w:t>Education</w:t>
            </w:r>
          </w:p>
        </w:tc>
        <w:tc>
          <w:tcPr>
            <w:tcW w:type="dxa" w:w="2041"/>
            <w:shd w:val="clear" w:color="auto" w:fill="1F3A5F"/>
          </w:tcPr>
          <w:p>
            <w:pPr>
              <w:keepNext/>
            </w:pPr>
            <w:r/>
            <w:r>
              <w:rPr>
                <w:b/>
                <w:color w:val="FFFFFF"/>
                <w:sz w:val="20"/>
              </w:rPr>
              <w:t>On-the-job training</w:t>
            </w:r>
          </w:p>
        </w:tc>
        <w:tc>
          <w:tcPr>
            <w:tcW w:type="dxa" w:w="2608"/>
            <w:shd w:val="clear" w:color="auto" w:fill="1F3A5F"/>
          </w:tcPr>
          <w:p>
            <w:pPr>
              <w:keepNext/>
            </w:pPr>
            <w:r/>
            <w:r>
              <w:rPr>
                <w:b/>
                <w:color w:val="FFFFFF"/>
                <w:sz w:val="20"/>
              </w:rPr>
              <w:t>Farming experience (years, role, operation)</w:t>
            </w:r>
          </w:p>
        </w:tc>
        <w:tc>
          <w:tcPr>
            <w:tcW w:type="dxa" w:w="1474"/>
            <w:shd w:val="clear" w:color="auto" w:fill="1F3A5F"/>
          </w:tcPr>
          <w:p>
            <w:pPr>
              <w:keepNext/>
            </w:pPr>
            <w:r/>
            <w:r>
              <w:rPr>
                <w:b/>
                <w:color w:val="FFFFFF"/>
                <w:sz w:val="20"/>
              </w:rPr>
              <w:t>Other</w:t>
            </w:r>
          </w:p>
        </w:tc>
      </w:tr>
      <w:tr>
        <w:trPr>
          <w:cantSplit w:val="true"/>
        </w:trPr>
        <w:tc>
          <w:tcPr>
            <w:tcW w:type="dxa" w:w="1701"/>
          </w:tcPr>
          <w:p>
            <w:pPr>
              <w:keepNext/>
            </w:pPr>
            <w:r>
              <w:rPr>
                <w:sz w:val="20"/>
              </w:rPr>
              <w:t>[ ]</w:t>
            </w:r>
          </w:p>
        </w:tc>
        <w:tc>
          <w:tcPr>
            <w:tcW w:type="dxa" w:w="1928"/>
          </w:tcPr>
          <w:p>
            <w:pPr>
              <w:keepNext/>
            </w:pPr>
            <w:r>
              <w:rPr>
                <w:sz w:val="20"/>
              </w:rPr>
              <w:t>[ ]</w:t>
            </w:r>
          </w:p>
        </w:tc>
        <w:tc>
          <w:tcPr>
            <w:tcW w:type="dxa" w:w="2041"/>
          </w:tcPr>
          <w:p>
            <w:pPr>
              <w:keepNext/>
            </w:pPr>
            <w:r>
              <w:rPr>
                <w:sz w:val="20"/>
              </w:rPr>
              <w:t>[ ]</w:t>
            </w:r>
          </w:p>
        </w:tc>
        <w:tc>
          <w:tcPr>
            <w:tcW w:type="dxa" w:w="2608"/>
          </w:tcPr>
          <w:p>
            <w:pPr>
              <w:keepNext/>
            </w:pPr>
            <w:r>
              <w:rPr>
                <w:sz w:val="20"/>
              </w:rPr>
              <w:t>[ ]</w:t>
            </w:r>
          </w:p>
        </w:tc>
        <w:tc>
          <w:tcPr>
            <w:tcW w:type="dxa" w:w="1474"/>
          </w:tcPr>
          <w:p>
            <w:pPr>
              <w:keepNext/>
            </w:pPr>
            <w:r>
              <w:rPr>
                <w:sz w:val="20"/>
              </w:rPr>
              <w:t>[ ]</w:t>
            </w:r>
          </w:p>
        </w:tc>
      </w:tr>
      <w:tr>
        <w:trPr>
          <w:cantSplit w:val="true"/>
        </w:trPr>
        <w:tc>
          <w:tcPr>
            <w:tcW w:type="dxa" w:w="1701"/>
          </w:tcPr>
          <w:p>
            <w:pPr>
              <w:keepNext/>
            </w:pPr>
            <w:r>
              <w:rPr>
                <w:sz w:val="20"/>
              </w:rPr>
              <w:t>[ ]</w:t>
            </w:r>
          </w:p>
        </w:tc>
        <w:tc>
          <w:tcPr>
            <w:tcW w:type="dxa" w:w="1928"/>
          </w:tcPr>
          <w:p>
            <w:pPr>
              <w:keepNext/>
            </w:pPr>
            <w:r>
              <w:rPr>
                <w:sz w:val="20"/>
              </w:rPr>
              <w:t>[ ]</w:t>
            </w:r>
          </w:p>
        </w:tc>
        <w:tc>
          <w:tcPr>
            <w:tcW w:type="dxa" w:w="2041"/>
          </w:tcPr>
          <w:p>
            <w:pPr>
              <w:keepNext/>
            </w:pPr>
            <w:r>
              <w:rPr>
                <w:sz w:val="20"/>
              </w:rPr>
              <w:t>[ ]</w:t>
            </w:r>
          </w:p>
        </w:tc>
        <w:tc>
          <w:tcPr>
            <w:tcW w:type="dxa" w:w="2608"/>
          </w:tcPr>
          <w:p>
            <w:pPr>
              <w:keepNext/>
            </w:pPr>
            <w:r>
              <w:rPr>
                <w:sz w:val="20"/>
              </w:rPr>
              <w:t>[ ]</w:t>
            </w:r>
          </w:p>
        </w:tc>
        <w:tc>
          <w:tcPr>
            <w:tcW w:type="dxa" w:w="1474"/>
          </w:tcPr>
          <w:p>
            <w:pPr>
              <w:keepNext/>
            </w:pPr>
            <w:r>
              <w:rPr>
                <w:sz w:val="20"/>
              </w:rPr>
              <w:t>[ ]</w:t>
            </w:r>
          </w:p>
        </w:tc>
      </w:tr>
      <w:tr>
        <w:trPr>
          <w:cantSplit w:val="true"/>
        </w:trPr>
        <w:tc>
          <w:tcPr>
            <w:tcW w:type="dxa" w:w="1701"/>
          </w:tcPr>
          <w:p>
            <w:pPr>
              <w:keepNext/>
            </w:pPr>
            <w:r>
              <w:rPr>
                <w:sz w:val="20"/>
              </w:rPr>
              <w:t>[ ]</w:t>
            </w:r>
          </w:p>
        </w:tc>
        <w:tc>
          <w:tcPr>
            <w:tcW w:type="dxa" w:w="1928"/>
          </w:tcPr>
          <w:p>
            <w:pPr>
              <w:keepNext/>
            </w:pPr>
            <w:r>
              <w:rPr>
                <w:sz w:val="20"/>
              </w:rPr>
              <w:t>[ ]</w:t>
            </w:r>
          </w:p>
        </w:tc>
        <w:tc>
          <w:tcPr>
            <w:tcW w:type="dxa" w:w="2041"/>
          </w:tcPr>
          <w:p>
            <w:pPr>
              <w:keepNext/>
            </w:pPr>
            <w:r>
              <w:rPr>
                <w:sz w:val="20"/>
              </w:rPr>
              <w:t>[ ]</w:t>
            </w:r>
          </w:p>
        </w:tc>
        <w:tc>
          <w:tcPr>
            <w:tcW w:type="dxa" w:w="2608"/>
          </w:tcPr>
          <w:p>
            <w:pPr>
              <w:keepNext/>
            </w:pPr>
            <w:r>
              <w:rPr>
                <w:sz w:val="20"/>
              </w:rPr>
              <w:t>[ ]</w:t>
            </w:r>
          </w:p>
        </w:tc>
        <w:tc>
          <w:tcPr>
            <w:tcW w:type="dxa" w:w="1474"/>
          </w:tcPr>
          <w:p>
            <w:pPr>
              <w:keepNext/>
            </w:pPr>
            <w:r>
              <w:rPr>
                <w:sz w:val="20"/>
              </w:rPr>
              <w:t>[ ]</w:t>
            </w:r>
          </w:p>
        </w:tc>
      </w:tr>
      <w:tr>
        <w:trPr>
          <w:cantSplit w:val="true"/>
        </w:trPr>
        <w:tc>
          <w:tcPr>
            <w:tcW w:type="dxa" w:w="1701"/>
          </w:tcPr>
          <w:p>
            <w:r>
              <w:rPr>
                <w:sz w:val="20"/>
              </w:rPr>
              <w:t>[ ]</w:t>
            </w:r>
          </w:p>
        </w:tc>
        <w:tc>
          <w:tcPr>
            <w:tcW w:type="dxa" w:w="1928"/>
          </w:tcPr>
          <w:p>
            <w:r>
              <w:rPr>
                <w:sz w:val="20"/>
              </w:rPr>
              <w:t>[ ]</w:t>
            </w:r>
          </w:p>
        </w:tc>
        <w:tc>
          <w:tcPr>
            <w:tcW w:type="dxa" w:w="2041"/>
          </w:tcPr>
          <w:p>
            <w:r>
              <w:rPr>
                <w:sz w:val="20"/>
              </w:rPr>
              <w:t>[ ]</w:t>
            </w:r>
          </w:p>
        </w:tc>
        <w:tc>
          <w:tcPr>
            <w:tcW w:type="dxa" w:w="2608"/>
          </w:tcPr>
          <w:p>
            <w:r>
              <w:rPr>
                <w:sz w:val="20"/>
              </w:rPr>
              <w:t>[ ]</w:t>
            </w:r>
          </w:p>
        </w:tc>
        <w:tc>
          <w:tcPr>
            <w:tcW w:type="dxa" w:w="1474"/>
          </w:tcPr>
          <w:p>
            <w:r>
              <w:rPr>
                <w:sz w:val="20"/>
              </w:rPr>
              <w:t>[ ]</w:t>
            </w:r>
          </w:p>
        </w:tc>
      </w:tr>
    </w:tbl>
    <w:p>
      <w:pPr>
        <w:spacing w:after="40"/>
      </w:pPr>
    </w:p>
    <w:p>
      <w:pPr>
        <w:pStyle w:val="Heading2"/>
        <w:pageBreakBefore/>
      </w:pPr>
      <w:r>
        <w:t>4.2 Farm-ownership experience checklist</w:t>
      </w:r>
    </w:p>
    <w:p>
      <w:pPr>
        <w:spacing w:after="80"/>
      </w:pPr>
      <w:r>
        <w:rPr>
          <w:b w:val="0"/>
          <w:i/>
          <w:color w:val="555555"/>
        </w:rPr>
        <w:t>FSA's rule for direct farm ownership loans is worded for an entity: “at least one member who will be the operator of the family farm, must have participated in the business operations of a farm for at least 3 years out of the 10 years prior to the date the application is submitted” (7 CFR 764.152(d), current as of 2026-10-16). Ask your FSA office whether and how it applies to you. Listed experiences can substitute for up to 2 of the 3 years. Tick the ones that apply to you.</w:t>
      </w:r>
    </w:p>
    <w:p>
      <w:pPr>
        <w:spacing w:after="40"/>
      </w:pPr>
      <w:r>
        <w:rPr>
          <w:b w:val="0"/>
          <w:i w:val="0"/>
        </w:rPr>
        <w:t xml:space="preserve">☐  </w:t>
      </w:r>
      <w:r>
        <w:rPr>
          <w:b w:val="0"/>
          <w:i w:val="0"/>
        </w:rPr>
        <w:t>(i) Not less than 16 credit hours of post-secondary education in an agriculture-related field;</w:t>
      </w:r>
    </w:p>
    <w:p>
      <w:pPr>
        <w:spacing w:after="40"/>
      </w:pPr>
      <w:r>
        <w:rPr>
          <w:b w:val="0"/>
          <w:i w:val="0"/>
        </w:rPr>
        <w:t xml:space="preserve">☐  </w:t>
      </w:r>
      <w:r>
        <w:rPr>
          <w:b w:val="0"/>
          <w:i w:val="0"/>
        </w:rPr>
        <w:t>(ii) Successful completion of a farm management curriculum offered by a cooperative extension service, community college, adult vocational agriculture program, non-profit organization, or land-grant college or university;</w:t>
      </w:r>
    </w:p>
    <w:p>
      <w:pPr>
        <w:spacing w:after="40"/>
      </w:pPr>
      <w:r>
        <w:rPr>
          <w:b w:val="0"/>
          <w:i w:val="0"/>
        </w:rPr>
        <w:t xml:space="preserve">☐  </w:t>
      </w:r>
      <w:r>
        <w:rPr>
          <w:b w:val="0"/>
          <w:i w:val="0"/>
        </w:rPr>
        <w:t>(iii) One (1)-year experience as a farm laborer with substantial management responsibility;</w:t>
      </w:r>
    </w:p>
    <w:p>
      <w:pPr>
        <w:spacing w:after="40"/>
      </w:pPr>
      <w:r>
        <w:rPr>
          <w:b w:val="0"/>
          <w:i w:val="0"/>
        </w:rPr>
        <w:t xml:space="preserve">☐  </w:t>
      </w:r>
      <w:r>
        <w:rPr>
          <w:b w:val="0"/>
          <w:i w:val="0"/>
        </w:rPr>
        <w:t>(iv) Successful completion of an internship, mentorship, or apprenticeship in day-to-day farm management;</w:t>
      </w:r>
    </w:p>
    <w:p>
      <w:pPr>
        <w:spacing w:after="40"/>
      </w:pPr>
      <w:r>
        <w:rPr>
          <w:b w:val="0"/>
          <w:i w:val="0"/>
        </w:rPr>
        <w:t xml:space="preserve">☐  </w:t>
      </w:r>
      <w:r>
        <w:rPr>
          <w:b w:val="0"/>
          <w:i w:val="0"/>
        </w:rPr>
        <w:t>(v) Significant business management experience;</w:t>
      </w:r>
    </w:p>
    <w:p>
      <w:pPr>
        <w:spacing w:after="40"/>
      </w:pPr>
      <w:r>
        <w:rPr>
          <w:b w:val="0"/>
          <w:i w:val="0"/>
        </w:rPr>
        <w:t xml:space="preserve">☐  </w:t>
      </w:r>
      <w:r>
        <w:rPr>
          <w:b w:val="0"/>
          <w:i w:val="0"/>
        </w:rPr>
        <w:t>(vi) Honorable discharge from the armed forces of the United States;</w:t>
      </w:r>
    </w:p>
    <w:p>
      <w:pPr>
        <w:spacing w:after="40"/>
      </w:pPr>
      <w:r>
        <w:rPr>
          <w:b w:val="0"/>
          <w:i w:val="0"/>
        </w:rPr>
        <w:t xml:space="preserve">☐  </w:t>
      </w:r>
      <w:r>
        <w:rPr>
          <w:b w:val="0"/>
          <w:i w:val="0"/>
        </w:rPr>
        <w:t>(vii) Successful repayment of an FSA financed youth loan; or</w:t>
      </w:r>
    </w:p>
    <w:p>
      <w:pPr>
        <w:spacing w:after="40"/>
      </w:pPr>
      <w:r>
        <w:rPr>
          <w:b w:val="0"/>
          <w:i w:val="0"/>
        </w:rPr>
        <w:t xml:space="preserve">☐  </w:t>
      </w:r>
      <w:r>
        <w:rPr>
          <w:b w:val="0"/>
          <w:i w:val="0"/>
        </w:rPr>
        <w:t>(viii) Established relationship with a counselor in the Service Corps of Retired Executives (SCORE) program who has experience in farming or ranching, or with Agency-approved local individuals or organizations that are committed to providing mentorship in farming or ranching.</w:t>
      </w:r>
    </w:p>
    <w:p>
      <w:pPr>
        <w:spacing w:after="80"/>
      </w:pPr>
      <w:r>
        <w:rPr>
          <w:b w:val="0"/>
          <w:i/>
          <w:color w:val="555555"/>
        </w:rPr>
        <w:t>FSA's rule waives the 3-year requirement when both (iii) and (viii) are met (7 CFR 764.152(d)(2)). This is FSA's list as read on eCFR on October 20, 2026; your FSA office decides. The rule is worded for an entity member who will operate the family farm; ask your FSA office how it applies to you and whether it applies to the loan you want.</w:t>
      </w:r>
    </w:p>
    <w:p>
      <w:r>
        <w:rPr>
          <w:b w:val="0"/>
          <w:i w:val="0"/>
        </w:rPr>
        <w:t>Experience that applies to the operators: [tick marks above, and details].</w:t>
      </w:r>
    </w:p>
    <w:p>
      <w:pPr>
        <w:pStyle w:val="Heading2"/>
      </w:pPr>
      <w:r>
        <w:t>4.3 Training plan and goals</w:t>
      </w:r>
    </w:p>
    <w:p>
      <w:pPr>
        <w:spacing w:after="80"/>
      </w:pPr>
      <w:r>
        <w:rPr>
          <w:b w:val="0"/>
          <w:i/>
          <w:color w:val="555555"/>
        </w:rPr>
        <w:t>FSA's initial farm assessment evaluates, at a minimum, eight items. They include the short- and long-term goals of the operation (with a marketing plan and goals to increase working capital reserves and savings) and a training plan (7 CFR 761.103(b), current as of 2026-10-16). FSA assesses; this section is your preparation, not a form. The applicant must also agree to meet FSA's borrower training requirements (7 CFR 764.101(j)); ask your FSA office what training applies.</w:t>
      </w:r>
    </w:p>
    <w:tbl>
      <w:tblPr>
        <w:tblStyle w:val="TableGrid"/>
        <w:tblW w:type="auto" w:w="0"/>
        <w:jc w:val="center"/>
        <w:tblLayout w:type="fixed"/>
        <w:tblLook w:firstColumn="1" w:firstRow="1" w:lastColumn="0" w:lastRow="0" w:noHBand="0" w:noVBand="1" w:val="04A0"/>
      </w:tblPr>
      <w:tblGrid>
        <w:gridCol w:w="3175"/>
        <w:gridCol w:w="2268"/>
        <w:gridCol w:w="2494"/>
        <w:gridCol w:w="1814"/>
      </w:tblGrid>
      <w:tr>
        <w:trPr>
          <w:tblHeader w:val="true"/>
          <w:cantSplit w:val="true"/>
        </w:trPr>
        <w:tc>
          <w:tcPr>
            <w:tcW w:type="dxa" w:w="3175"/>
            <w:shd w:val="clear" w:color="auto" w:fill="1F3A5F"/>
          </w:tcPr>
          <w:p>
            <w:pPr>
              <w:keepNext/>
            </w:pPr>
            <w:r/>
            <w:r>
              <w:rPr>
                <w:b/>
                <w:color w:val="FFFFFF"/>
                <w:sz w:val="20"/>
              </w:rPr>
              <w:t>Goal</w:t>
            </w:r>
          </w:p>
        </w:tc>
        <w:tc>
          <w:tcPr>
            <w:tcW w:type="dxa" w:w="2268"/>
            <w:shd w:val="clear" w:color="auto" w:fill="1F3A5F"/>
          </w:tcPr>
          <w:p>
            <w:pPr>
              <w:keepNext/>
            </w:pPr>
            <w:r/>
            <w:r>
              <w:rPr>
                <w:b/>
                <w:color w:val="FFFFFF"/>
                <w:sz w:val="20"/>
              </w:rPr>
              <w:t>Where you are now</w:t>
            </w:r>
          </w:p>
        </w:tc>
        <w:tc>
          <w:tcPr>
            <w:tcW w:type="dxa" w:w="2494"/>
            <w:shd w:val="clear" w:color="auto" w:fill="1F3A5F"/>
          </w:tcPr>
          <w:p>
            <w:pPr>
              <w:keepNext/>
            </w:pPr>
            <w:r/>
            <w:r>
              <w:rPr>
                <w:b/>
                <w:color w:val="FFFFFF"/>
                <w:sz w:val="20"/>
              </w:rPr>
              <w:t>Where you want to be</w:t>
            </w:r>
          </w:p>
        </w:tc>
        <w:tc>
          <w:tcPr>
            <w:tcW w:type="dxa" w:w="1814"/>
            <w:shd w:val="clear" w:color="auto" w:fill="1F3A5F"/>
          </w:tcPr>
          <w:p>
            <w:pPr>
              <w:keepNext/>
            </w:pPr>
            <w:r/>
            <w:r>
              <w:rPr>
                <w:b/>
                <w:color w:val="FFFFFF"/>
                <w:sz w:val="20"/>
              </w:rPr>
              <w:t>By when</w:t>
            </w:r>
          </w:p>
        </w:tc>
      </w:tr>
      <w:tr>
        <w:trPr>
          <w:cantSplit w:val="true"/>
        </w:trPr>
        <w:tc>
          <w:tcPr>
            <w:tcW w:type="dxa" w:w="3175"/>
          </w:tcPr>
          <w:p>
            <w:pPr>
              <w:keepNext/>
            </w:pPr>
            <w:r>
              <w:rPr>
                <w:sz w:val="20"/>
              </w:rPr>
              <w:t>Short-term goal</w:t>
            </w:r>
          </w:p>
        </w:tc>
        <w:tc>
          <w:tcPr>
            <w:tcW w:type="dxa" w:w="2268"/>
          </w:tcPr>
          <w:p>
            <w:pPr>
              <w:keepNext/>
            </w:pPr>
            <w:r>
              <w:rPr>
                <w:sz w:val="20"/>
              </w:rPr>
              <w:t>[ ]</w:t>
            </w:r>
          </w:p>
        </w:tc>
        <w:tc>
          <w:tcPr>
            <w:tcW w:type="dxa" w:w="2494"/>
          </w:tcPr>
          <w:p>
            <w:pPr>
              <w:keepNext/>
            </w:pPr>
            <w:r>
              <w:rPr>
                <w:sz w:val="20"/>
              </w:rPr>
              <w:t>[ ]</w:t>
            </w:r>
          </w:p>
        </w:tc>
        <w:tc>
          <w:tcPr>
            <w:tcW w:type="dxa" w:w="1814"/>
          </w:tcPr>
          <w:p>
            <w:pPr>
              <w:keepNext/>
            </w:pPr>
            <w:r>
              <w:rPr>
                <w:sz w:val="20"/>
              </w:rPr>
              <w:t>[date]</w:t>
            </w:r>
          </w:p>
        </w:tc>
      </w:tr>
      <w:tr>
        <w:trPr>
          <w:cantSplit w:val="true"/>
        </w:trPr>
        <w:tc>
          <w:tcPr>
            <w:tcW w:type="dxa" w:w="3175"/>
          </w:tcPr>
          <w:p>
            <w:pPr>
              <w:keepNext/>
            </w:pPr>
            <w:r>
              <w:rPr>
                <w:sz w:val="20"/>
              </w:rPr>
              <w:t>Long-term goal</w:t>
            </w:r>
          </w:p>
        </w:tc>
        <w:tc>
          <w:tcPr>
            <w:tcW w:type="dxa" w:w="2268"/>
          </w:tcPr>
          <w:p>
            <w:pPr>
              <w:keepNext/>
            </w:pPr>
            <w:r>
              <w:rPr>
                <w:sz w:val="20"/>
              </w:rPr>
              <w:t>[ ]</w:t>
            </w:r>
          </w:p>
        </w:tc>
        <w:tc>
          <w:tcPr>
            <w:tcW w:type="dxa" w:w="2494"/>
          </w:tcPr>
          <w:p>
            <w:pPr>
              <w:keepNext/>
            </w:pPr>
            <w:r>
              <w:rPr>
                <w:sz w:val="20"/>
              </w:rPr>
              <w:t>[ ]</w:t>
            </w:r>
          </w:p>
        </w:tc>
        <w:tc>
          <w:tcPr>
            <w:tcW w:type="dxa" w:w="1814"/>
          </w:tcPr>
          <w:p>
            <w:pPr>
              <w:keepNext/>
            </w:pPr>
            <w:r>
              <w:rPr>
                <w:sz w:val="20"/>
              </w:rPr>
              <w:t>[date]</w:t>
            </w:r>
          </w:p>
        </w:tc>
      </w:tr>
      <w:tr>
        <w:trPr>
          <w:cantSplit w:val="true"/>
        </w:trPr>
        <w:tc>
          <w:tcPr>
            <w:tcW w:type="dxa" w:w="3175"/>
          </w:tcPr>
          <w:p>
            <w:pPr>
              <w:keepNext/>
            </w:pPr>
            <w:r>
              <w:rPr>
                <w:sz w:val="20"/>
              </w:rPr>
              <w:t>Marketing plan (section 6)</w:t>
            </w:r>
          </w:p>
        </w:tc>
        <w:tc>
          <w:tcPr>
            <w:tcW w:type="dxa" w:w="2268"/>
          </w:tcPr>
          <w:p>
            <w:pPr>
              <w:keepNext/>
            </w:pPr>
            <w:r>
              <w:rPr>
                <w:sz w:val="20"/>
              </w:rPr>
              <w:t>[ ]</w:t>
            </w:r>
          </w:p>
        </w:tc>
        <w:tc>
          <w:tcPr>
            <w:tcW w:type="dxa" w:w="2494"/>
          </w:tcPr>
          <w:p>
            <w:pPr>
              <w:keepNext/>
            </w:pPr>
            <w:r>
              <w:rPr>
                <w:sz w:val="20"/>
              </w:rPr>
              <w:t>[ ]</w:t>
            </w:r>
          </w:p>
        </w:tc>
        <w:tc>
          <w:tcPr>
            <w:tcW w:type="dxa" w:w="1814"/>
          </w:tcPr>
          <w:p>
            <w:pPr>
              <w:keepNext/>
            </w:pPr>
            <w:r>
              <w:rPr>
                <w:sz w:val="20"/>
              </w:rPr>
              <w:t>[date]</w:t>
            </w:r>
          </w:p>
        </w:tc>
      </w:tr>
      <w:tr>
        <w:trPr>
          <w:cantSplit w:val="true"/>
        </w:trPr>
        <w:tc>
          <w:tcPr>
            <w:tcW w:type="dxa" w:w="3175"/>
          </w:tcPr>
          <w:p>
            <w:pPr>
              <w:keepNext/>
            </w:pPr>
            <w:r>
              <w:rPr>
                <w:sz w:val="20"/>
              </w:rPr>
              <w:t>Working capital reserve and savings</w:t>
            </w:r>
          </w:p>
        </w:tc>
        <w:tc>
          <w:tcPr>
            <w:tcW w:type="dxa" w:w="2268"/>
          </w:tcPr>
          <w:p>
            <w:pPr>
              <w:keepNext/>
            </w:pPr>
            <w:r>
              <w:rPr>
                <w:sz w:val="20"/>
              </w:rPr>
              <w:t>[ ]</w:t>
            </w:r>
          </w:p>
        </w:tc>
        <w:tc>
          <w:tcPr>
            <w:tcW w:type="dxa" w:w="2494"/>
          </w:tcPr>
          <w:p>
            <w:pPr>
              <w:keepNext/>
            </w:pPr>
            <w:r>
              <w:rPr>
                <w:sz w:val="20"/>
              </w:rPr>
              <w:t>[ ]</w:t>
            </w:r>
          </w:p>
        </w:tc>
        <w:tc>
          <w:tcPr>
            <w:tcW w:type="dxa" w:w="1814"/>
          </w:tcPr>
          <w:p>
            <w:pPr>
              <w:keepNext/>
            </w:pPr>
            <w:r>
              <w:rPr>
                <w:sz w:val="20"/>
              </w:rPr>
              <w:t>[date]</w:t>
            </w:r>
          </w:p>
        </w:tc>
      </w:tr>
      <w:tr>
        <w:trPr>
          <w:cantSplit w:val="true"/>
        </w:trPr>
        <w:tc>
          <w:tcPr>
            <w:tcW w:type="dxa" w:w="3175"/>
          </w:tcPr>
          <w:p>
            <w:r>
              <w:rPr>
                <w:sz w:val="20"/>
              </w:rPr>
              <w:t>Training you plan to take</w:t>
            </w:r>
          </w:p>
        </w:tc>
        <w:tc>
          <w:tcPr>
            <w:tcW w:type="dxa" w:w="2268"/>
          </w:tcPr>
          <w:p>
            <w:r>
              <w:rPr>
                <w:sz w:val="20"/>
              </w:rPr>
              <w:t>[ ]</w:t>
            </w:r>
          </w:p>
        </w:tc>
        <w:tc>
          <w:tcPr>
            <w:tcW w:type="dxa" w:w="2494"/>
          </w:tcPr>
          <w:p>
            <w:r>
              <w:rPr>
                <w:sz w:val="20"/>
              </w:rPr>
              <w:t>[ ]</w:t>
            </w:r>
          </w:p>
        </w:tc>
        <w:tc>
          <w:tcPr>
            <w:tcW w:type="dxa" w:w="1814"/>
          </w:tcPr>
          <w:p>
            <w:r>
              <w:rPr>
                <w:sz w:val="20"/>
              </w:rPr>
              <w:t>[date]</w:t>
            </w:r>
          </w:p>
        </w:tc>
      </w:tr>
    </w:tbl>
    <w:p>
      <w:pPr>
        <w:spacing w:after="40"/>
      </w:pPr>
    </w:p>
    <w:p>
      <w:pPr>
        <w:pStyle w:val="Heading1"/>
        <w:pageBreakBefore/>
      </w:pPr>
      <w:r>
        <w:t>5. Operation</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calls this section “Service or product line”. For a farm, describe what you grow or raise, on what land and with what equipment (</w:t>
            </w:r>
            <w:hyperlink r:id="rId11">
              <w:r>
                <w:rPr>
                  <w:rStyle w:val="Hyperlink"/>
                  <w:color w:val="0563C1"/>
                  <w:u w:val="single"/>
                </w:rPr>
                <w:t xml:space="preserve">SBA: Plan your business</w:t>
              </w:r>
            </w:hyperlink>
            <w:r>
              <w:rPr>
                <w:b w:val="0"/>
                <w:i w:val="0"/>
              </w:rPr>
              <w:t>).</w:t>
            </w:r>
          </w:p>
          <w:p>
            <w:pPr>
              <w:spacing w:after="40"/>
            </w:pPr>
            <w:r>
              <w:rPr>
                <w:b w:val="0"/>
                <w:i w:val="0"/>
              </w:rPr>
              <w:t>Then fill in the parts below: enterprises (5.1), production history (5.2), enterprise budgets (5.3), land, buildings and equipment (5.4), the records you attach (5.5), credit elsewhere (5.6) and an environmental prompt (5.7).</w:t>
            </w:r>
          </w:p>
          <w:p>
            <w:pPr>
              <w:spacing w:after="0"/>
            </w:pPr>
            <w:r>
              <w:rPr>
                <w:b/>
              </w:rPr>
              <w:t>Questions to answer in this section:</w:t>
            </w:r>
          </w:p>
          <w:p>
            <w:pPr>
              <w:pStyle w:val="ListBullet"/>
            </w:pPr>
            <w:r>
              <w:rPr>
                <w:b w:val="0"/>
                <w:i w:val="0"/>
              </w:rPr>
              <w:t>What does the operation grow or raise?</w:t>
            </w:r>
          </w:p>
          <w:p>
            <w:pPr>
              <w:pStyle w:val="ListBullet"/>
            </w:pPr>
            <w:r>
              <w:rPr>
                <w:b w:val="0"/>
                <w:i w:val="0"/>
              </w:rPr>
              <w:t>What do your records show for the last three years?</w:t>
            </w:r>
          </w:p>
          <w:p>
            <w:pPr>
              <w:pStyle w:val="ListBullet"/>
            </w:pPr>
            <w:r>
              <w:rPr>
                <w:b w:val="0"/>
                <w:i w:val="0"/>
              </w:rPr>
              <w:t>What does each enterprise cost and earn?</w:t>
            </w:r>
          </w:p>
        </w:tc>
      </w:tr>
    </w:tbl>
    <w:p>
      <w:pPr>
        <w:spacing w:after="40"/>
      </w:pPr>
    </w:p>
    <w:p>
      <w:pPr>
        <w:pStyle w:val="Heading2"/>
      </w:pPr>
      <w:r>
        <w:t>5.1 Enterprises</w:t>
      </w:r>
    </w:p>
    <w:tbl>
      <w:tblPr>
        <w:tblStyle w:val="TableGrid"/>
        <w:tblW w:type="auto" w:w="0"/>
        <w:jc w:val="center"/>
        <w:tblLayout w:type="fixed"/>
        <w:tblLook w:firstColumn="1" w:firstRow="1" w:lastColumn="0" w:lastRow="0" w:noHBand="0" w:noVBand="1" w:val="04A0"/>
      </w:tblPr>
      <w:tblGrid>
        <w:gridCol w:w="1928"/>
        <w:gridCol w:w="1474"/>
        <w:gridCol w:w="2268"/>
        <w:gridCol w:w="2154"/>
        <w:gridCol w:w="1928"/>
      </w:tblGrid>
      <w:tr>
        <w:trPr>
          <w:tblHeader w:val="true"/>
          <w:cantSplit w:val="true"/>
        </w:trPr>
        <w:tc>
          <w:tcPr>
            <w:tcW w:type="dxa" w:w="1928"/>
            <w:shd w:val="clear" w:color="auto" w:fill="1F3A5F"/>
          </w:tcPr>
          <w:p>
            <w:pPr>
              <w:keepNext/>
            </w:pPr>
            <w:r/>
            <w:r>
              <w:rPr>
                <w:b/>
                <w:color w:val="FFFFFF"/>
                <w:sz w:val="20"/>
              </w:rPr>
              <w:t>Enterprise</w:t>
            </w:r>
          </w:p>
        </w:tc>
        <w:tc>
          <w:tcPr>
            <w:tcW w:type="dxa" w:w="1474"/>
            <w:shd w:val="clear" w:color="auto" w:fill="1F3A5F"/>
          </w:tcPr>
          <w:p>
            <w:pPr>
              <w:keepNext/>
            </w:pPr>
            <w:r/>
            <w:r>
              <w:rPr>
                <w:b/>
                <w:color w:val="FFFFFF"/>
                <w:sz w:val="20"/>
              </w:rPr>
              <w:t>Acres or head</w:t>
            </w:r>
          </w:p>
        </w:tc>
        <w:tc>
          <w:tcPr>
            <w:tcW w:type="dxa" w:w="2268"/>
            <w:shd w:val="clear" w:color="auto" w:fill="1F3A5F"/>
          </w:tcPr>
          <w:p>
            <w:pPr>
              <w:keepNext/>
            </w:pPr>
            <w:r/>
            <w:r>
              <w:rPr>
                <w:b/>
                <w:color w:val="FFFFFF"/>
                <w:sz w:val="20"/>
              </w:rPr>
              <w:t>Owned or rented land used</w:t>
            </w:r>
          </w:p>
        </w:tc>
        <w:tc>
          <w:tcPr>
            <w:tcW w:type="dxa" w:w="2154"/>
            <w:shd w:val="clear" w:color="auto" w:fill="1F3A5F"/>
          </w:tcPr>
          <w:p>
            <w:pPr>
              <w:keepNext/>
            </w:pPr>
            <w:r/>
            <w:r>
              <w:rPr>
                <w:b/>
                <w:color w:val="FFFFFF"/>
                <w:sz w:val="20"/>
              </w:rPr>
              <w:t>How it is sold</w:t>
            </w:r>
          </w:p>
        </w:tc>
        <w:tc>
          <w:tcPr>
            <w:tcW w:type="dxa" w:w="1928"/>
            <w:shd w:val="clear" w:color="auto" w:fill="1F3A5F"/>
          </w:tcPr>
          <w:p>
            <w:pPr>
              <w:keepNext/>
            </w:pPr>
            <w:r/>
            <w:r>
              <w:rPr>
                <w:b/>
                <w:color w:val="FFFFFF"/>
                <w:sz w:val="20"/>
              </w:rPr>
              <w:t>Notes</w:t>
            </w:r>
          </w:p>
        </w:tc>
      </w:tr>
      <w:tr>
        <w:trPr>
          <w:cantSplit w:val="true"/>
        </w:trPr>
        <w:tc>
          <w:tcPr>
            <w:tcW w:type="dxa" w:w="1928"/>
          </w:tcPr>
          <w:p>
            <w:pPr>
              <w:keepNext/>
            </w:pPr>
            <w:r>
              <w:rPr>
                <w:sz w:val="20"/>
              </w:rPr>
              <w:t>[ ]</w:t>
            </w:r>
          </w:p>
        </w:tc>
        <w:tc>
          <w:tcPr>
            <w:tcW w:type="dxa" w:w="1474"/>
          </w:tcPr>
          <w:p>
            <w:pPr>
              <w:keepNext/>
            </w:pPr>
            <w:r>
              <w:rPr>
                <w:sz w:val="20"/>
              </w:rPr>
              <w:t>[ ]</w:t>
            </w:r>
          </w:p>
        </w:tc>
        <w:tc>
          <w:tcPr>
            <w:tcW w:type="dxa" w:w="2268"/>
          </w:tcPr>
          <w:p>
            <w:pPr>
              <w:keepNext/>
            </w:pPr>
            <w:r>
              <w:rPr>
                <w:sz w:val="20"/>
              </w:rPr>
              <w:t>[ ]</w:t>
            </w:r>
          </w:p>
        </w:tc>
        <w:tc>
          <w:tcPr>
            <w:tcW w:type="dxa" w:w="2154"/>
          </w:tcPr>
          <w:p>
            <w:pPr>
              <w:keepNext/>
            </w:pPr>
            <w:r>
              <w:rPr>
                <w:sz w:val="20"/>
              </w:rPr>
              <w:t>[ ]</w:t>
            </w:r>
          </w:p>
        </w:tc>
        <w:tc>
          <w:tcPr>
            <w:tcW w:type="dxa" w:w="1928"/>
          </w:tcPr>
          <w:p>
            <w:pPr>
              <w:keepNext/>
            </w:pPr>
            <w:r>
              <w:rPr>
                <w:sz w:val="20"/>
              </w:rPr>
              <w:t>[ ]</w:t>
            </w:r>
          </w:p>
        </w:tc>
      </w:tr>
      <w:tr>
        <w:trPr>
          <w:cantSplit w:val="true"/>
        </w:trPr>
        <w:tc>
          <w:tcPr>
            <w:tcW w:type="dxa" w:w="1928"/>
          </w:tcPr>
          <w:p>
            <w:pPr>
              <w:keepNext/>
            </w:pPr>
            <w:r>
              <w:rPr>
                <w:sz w:val="20"/>
              </w:rPr>
              <w:t>[ ]</w:t>
            </w:r>
          </w:p>
        </w:tc>
        <w:tc>
          <w:tcPr>
            <w:tcW w:type="dxa" w:w="1474"/>
          </w:tcPr>
          <w:p>
            <w:pPr>
              <w:keepNext/>
            </w:pPr>
            <w:r>
              <w:rPr>
                <w:sz w:val="20"/>
              </w:rPr>
              <w:t>[ ]</w:t>
            </w:r>
          </w:p>
        </w:tc>
        <w:tc>
          <w:tcPr>
            <w:tcW w:type="dxa" w:w="2268"/>
          </w:tcPr>
          <w:p>
            <w:pPr>
              <w:keepNext/>
            </w:pPr>
            <w:r>
              <w:rPr>
                <w:sz w:val="20"/>
              </w:rPr>
              <w:t>[ ]</w:t>
            </w:r>
          </w:p>
        </w:tc>
        <w:tc>
          <w:tcPr>
            <w:tcW w:type="dxa" w:w="2154"/>
          </w:tcPr>
          <w:p>
            <w:pPr>
              <w:keepNext/>
            </w:pPr>
            <w:r>
              <w:rPr>
                <w:sz w:val="20"/>
              </w:rPr>
              <w:t>[ ]</w:t>
            </w:r>
          </w:p>
        </w:tc>
        <w:tc>
          <w:tcPr>
            <w:tcW w:type="dxa" w:w="1928"/>
          </w:tcPr>
          <w:p>
            <w:pPr>
              <w:keepNext/>
            </w:pPr>
            <w:r>
              <w:rPr>
                <w:sz w:val="20"/>
              </w:rPr>
              <w:t>[ ]</w:t>
            </w:r>
          </w:p>
        </w:tc>
      </w:tr>
      <w:tr>
        <w:trPr>
          <w:cantSplit w:val="true"/>
        </w:trPr>
        <w:tc>
          <w:tcPr>
            <w:tcW w:type="dxa" w:w="1928"/>
          </w:tcPr>
          <w:p>
            <w:pPr>
              <w:keepNext/>
            </w:pPr>
            <w:r>
              <w:rPr>
                <w:sz w:val="20"/>
              </w:rPr>
              <w:t>[ ]</w:t>
            </w:r>
          </w:p>
        </w:tc>
        <w:tc>
          <w:tcPr>
            <w:tcW w:type="dxa" w:w="1474"/>
          </w:tcPr>
          <w:p>
            <w:pPr>
              <w:keepNext/>
            </w:pPr>
            <w:r>
              <w:rPr>
                <w:sz w:val="20"/>
              </w:rPr>
              <w:t>[ ]</w:t>
            </w:r>
          </w:p>
        </w:tc>
        <w:tc>
          <w:tcPr>
            <w:tcW w:type="dxa" w:w="2268"/>
          </w:tcPr>
          <w:p>
            <w:pPr>
              <w:keepNext/>
            </w:pPr>
            <w:r>
              <w:rPr>
                <w:sz w:val="20"/>
              </w:rPr>
              <w:t>[ ]</w:t>
            </w:r>
          </w:p>
        </w:tc>
        <w:tc>
          <w:tcPr>
            <w:tcW w:type="dxa" w:w="2154"/>
          </w:tcPr>
          <w:p>
            <w:pPr>
              <w:keepNext/>
            </w:pPr>
            <w:r>
              <w:rPr>
                <w:sz w:val="20"/>
              </w:rPr>
              <w:t>[ ]</w:t>
            </w:r>
          </w:p>
        </w:tc>
        <w:tc>
          <w:tcPr>
            <w:tcW w:type="dxa" w:w="1928"/>
          </w:tcPr>
          <w:p>
            <w:pPr>
              <w:keepNext/>
            </w:pPr>
            <w:r>
              <w:rPr>
                <w:sz w:val="20"/>
              </w:rPr>
              <w:t>[ ]</w:t>
            </w:r>
          </w:p>
        </w:tc>
      </w:tr>
      <w:tr>
        <w:trPr>
          <w:cantSplit w:val="true"/>
        </w:trPr>
        <w:tc>
          <w:tcPr>
            <w:tcW w:type="dxa" w:w="1928"/>
          </w:tcPr>
          <w:p>
            <w:pPr>
              <w:keepNext/>
            </w:pPr>
            <w:r>
              <w:rPr>
                <w:sz w:val="20"/>
              </w:rPr>
              <w:t>[ ]</w:t>
            </w:r>
          </w:p>
        </w:tc>
        <w:tc>
          <w:tcPr>
            <w:tcW w:type="dxa" w:w="1474"/>
          </w:tcPr>
          <w:p>
            <w:pPr>
              <w:keepNext/>
            </w:pPr>
            <w:r>
              <w:rPr>
                <w:sz w:val="20"/>
              </w:rPr>
              <w:t>[ ]</w:t>
            </w:r>
          </w:p>
        </w:tc>
        <w:tc>
          <w:tcPr>
            <w:tcW w:type="dxa" w:w="2268"/>
          </w:tcPr>
          <w:p>
            <w:pPr>
              <w:keepNext/>
            </w:pPr>
            <w:r>
              <w:rPr>
                <w:sz w:val="20"/>
              </w:rPr>
              <w:t>[ ]</w:t>
            </w:r>
          </w:p>
        </w:tc>
        <w:tc>
          <w:tcPr>
            <w:tcW w:type="dxa" w:w="2154"/>
          </w:tcPr>
          <w:p>
            <w:pPr>
              <w:keepNext/>
            </w:pPr>
            <w:r>
              <w:rPr>
                <w:sz w:val="20"/>
              </w:rPr>
              <w:t>[ ]</w:t>
            </w:r>
          </w:p>
        </w:tc>
        <w:tc>
          <w:tcPr>
            <w:tcW w:type="dxa" w:w="1928"/>
          </w:tcPr>
          <w:p>
            <w:pPr>
              <w:keepNext/>
            </w:pPr>
            <w:r>
              <w:rPr>
                <w:sz w:val="20"/>
              </w:rPr>
              <w:t>[ ]</w:t>
            </w:r>
          </w:p>
        </w:tc>
      </w:tr>
      <w:tr>
        <w:trPr>
          <w:cantSplit w:val="true"/>
        </w:trPr>
        <w:tc>
          <w:tcPr>
            <w:tcW w:type="dxa" w:w="1928"/>
          </w:tcPr>
          <w:p>
            <w:r>
              <w:rPr>
                <w:sz w:val="20"/>
              </w:rPr>
              <w:t>[ ]</w:t>
            </w:r>
          </w:p>
        </w:tc>
        <w:tc>
          <w:tcPr>
            <w:tcW w:type="dxa" w:w="1474"/>
          </w:tcPr>
          <w:p>
            <w:r>
              <w:rPr>
                <w:sz w:val="20"/>
              </w:rPr>
              <w:t>[ ]</w:t>
            </w:r>
          </w:p>
        </w:tc>
        <w:tc>
          <w:tcPr>
            <w:tcW w:type="dxa" w:w="2268"/>
          </w:tcPr>
          <w:p>
            <w:r>
              <w:rPr>
                <w:sz w:val="20"/>
              </w:rPr>
              <w:t>[ ]</w:t>
            </w:r>
          </w:p>
        </w:tc>
        <w:tc>
          <w:tcPr>
            <w:tcW w:type="dxa" w:w="2154"/>
          </w:tcPr>
          <w:p>
            <w:r>
              <w:rPr>
                <w:sz w:val="20"/>
              </w:rPr>
              <w:t>[ ]</w:t>
            </w:r>
          </w:p>
        </w:tc>
        <w:tc>
          <w:tcPr>
            <w:tcW w:type="dxa" w:w="1928"/>
          </w:tcPr>
          <w:p>
            <w:r>
              <w:rPr>
                <w:sz w:val="20"/>
              </w:rPr>
              <w:t>[ ]</w:t>
            </w:r>
          </w:p>
        </w:tc>
      </w:tr>
    </w:tbl>
    <w:p>
      <w:pPr>
        <w:spacing w:after="40"/>
      </w:pPr>
    </w:p>
    <w:p>
      <w:pPr>
        <w:pStyle w:val="Heading2"/>
      </w:pPr>
      <w:r>
        <w:t>5.2 Production history, three years</w:t>
      </w:r>
    </w:p>
    <w:p>
      <w:pPr>
        <w:spacing w:after="80"/>
      </w:pPr>
      <w:r>
        <w:rPr>
          <w:b w:val="0"/>
          <w:i/>
          <w:color w:val="555555"/>
        </w:rPr>
        <w:t>One row per enterprise per year, from your own records. The application lists the last 3 years of farm production records, unless the applicant has been farming less than 3 years (7 CFR 764.51(b)(5), current as of 2026-10-16). Leave the figures out if you do not have records; do not estimate to fill a box.</w:t>
      </w:r>
    </w:p>
    <w:tbl>
      <w:tblPr>
        <w:tblStyle w:val="TableGrid"/>
        <w:tblW w:type="auto" w:w="0"/>
        <w:jc w:val="center"/>
        <w:tblLayout w:type="fixed"/>
        <w:tblLook w:firstColumn="1" w:firstRow="1" w:lastColumn="0" w:lastRow="0" w:noHBand="0" w:noVBand="1" w:val="04A0"/>
      </w:tblPr>
      <w:tblGrid>
        <w:gridCol w:w="1304"/>
        <w:gridCol w:w="850"/>
        <w:gridCol w:w="1020"/>
        <w:gridCol w:w="1247"/>
        <w:gridCol w:w="737"/>
        <w:gridCol w:w="1361"/>
        <w:gridCol w:w="1644"/>
        <w:gridCol w:w="1587"/>
      </w:tblGrid>
      <w:tr>
        <w:trPr>
          <w:tblHeader w:val="true"/>
          <w:cantSplit w:val="true"/>
        </w:trPr>
        <w:tc>
          <w:tcPr>
            <w:tcW w:type="dxa" w:w="1304"/>
            <w:shd w:val="clear" w:color="auto" w:fill="1F3A5F"/>
          </w:tcPr>
          <w:p>
            <w:pPr>
              <w:keepNext/>
            </w:pPr>
            <w:r/>
            <w:r>
              <w:rPr>
                <w:b/>
                <w:color w:val="FFFFFF"/>
                <w:sz w:val="18"/>
              </w:rPr>
              <w:t>Enterprise</w:t>
            </w:r>
          </w:p>
        </w:tc>
        <w:tc>
          <w:tcPr>
            <w:tcW w:type="dxa" w:w="850"/>
            <w:shd w:val="clear" w:color="auto" w:fill="1F3A5F"/>
          </w:tcPr>
          <w:p>
            <w:pPr>
              <w:keepNext/>
            </w:pPr>
            <w:r/>
            <w:r>
              <w:rPr>
                <w:b/>
                <w:color w:val="FFFFFF"/>
                <w:sz w:val="18"/>
              </w:rPr>
              <w:t>Year</w:t>
            </w:r>
          </w:p>
        </w:tc>
        <w:tc>
          <w:tcPr>
            <w:tcW w:type="dxa" w:w="1020"/>
            <w:shd w:val="clear" w:color="auto" w:fill="1F3A5F"/>
          </w:tcPr>
          <w:p>
            <w:pPr>
              <w:keepNext/>
            </w:pPr>
            <w:r/>
            <w:r>
              <w:rPr>
                <w:b/>
                <w:color w:val="FFFFFF"/>
                <w:sz w:val="18"/>
              </w:rPr>
              <w:t>Acres or head</w:t>
            </w:r>
          </w:p>
        </w:tc>
        <w:tc>
          <w:tcPr>
            <w:tcW w:type="dxa" w:w="1247"/>
            <w:shd w:val="clear" w:color="auto" w:fill="1F3A5F"/>
          </w:tcPr>
          <w:p>
            <w:pPr>
              <w:keepNext/>
            </w:pPr>
            <w:r/>
            <w:r>
              <w:rPr>
                <w:b/>
                <w:color w:val="FFFFFF"/>
                <w:sz w:val="18"/>
              </w:rPr>
              <w:t>Total production</w:t>
            </w:r>
          </w:p>
        </w:tc>
        <w:tc>
          <w:tcPr>
            <w:tcW w:type="dxa" w:w="737"/>
            <w:shd w:val="clear" w:color="auto" w:fill="1F3A5F"/>
          </w:tcPr>
          <w:p>
            <w:pPr>
              <w:keepNext/>
            </w:pPr>
            <w:r/>
            <w:r>
              <w:rPr>
                <w:b/>
                <w:color w:val="FFFFFF"/>
                <w:sz w:val="18"/>
              </w:rPr>
              <w:t>Unit</w:t>
            </w:r>
          </w:p>
        </w:tc>
        <w:tc>
          <w:tcPr>
            <w:tcW w:type="dxa" w:w="1361"/>
            <w:shd w:val="clear" w:color="auto" w:fill="1F3A5F"/>
          </w:tcPr>
          <w:p>
            <w:pPr>
              <w:keepNext/>
            </w:pPr>
            <w:r/>
            <w:r>
              <w:rPr>
                <w:b/>
                <w:color w:val="FFFFFF"/>
                <w:sz w:val="18"/>
              </w:rPr>
              <w:t>Yield per acre or head</w:t>
            </w:r>
          </w:p>
        </w:tc>
        <w:tc>
          <w:tcPr>
            <w:tcW w:type="dxa" w:w="1644"/>
            <w:shd w:val="clear" w:color="auto" w:fill="1F3A5F"/>
          </w:tcPr>
          <w:p>
            <w:pPr>
              <w:keepNext/>
            </w:pPr>
            <w:r/>
            <w:r>
              <w:rPr>
                <w:b/>
                <w:color w:val="FFFFFF"/>
                <w:sz w:val="18"/>
              </w:rPr>
              <w:t>Source of the figure (1 to 5)</w:t>
            </w:r>
          </w:p>
        </w:tc>
        <w:tc>
          <w:tcPr>
            <w:tcW w:type="dxa" w:w="1587"/>
            <w:shd w:val="clear" w:color="auto" w:fill="1F3A5F"/>
          </w:tcPr>
          <w:p>
            <w:pPr>
              <w:keepNext/>
            </w:pPr>
            <w:r/>
            <w:r>
              <w:rPr>
                <w:b/>
                <w:color w:val="FFFFFF"/>
                <w:sz w:val="18"/>
              </w:rPr>
              <w:t>Notes (disaster year?)</w:t>
            </w:r>
          </w:p>
        </w:tc>
      </w:tr>
      <w:tr>
        <w:trPr>
          <w:cantSplit w:val="true"/>
        </w:trPr>
        <w:tc>
          <w:tcPr>
            <w:tcW w:type="dxa" w:w="1304"/>
          </w:tcPr>
          <w:p>
            <w:pPr>
              <w:keepNext/>
            </w:pPr>
            <w:r>
              <w:rPr>
                <w:sz w:val="18"/>
              </w:rPr>
              <w:t>[ ]</w:t>
            </w:r>
          </w:p>
        </w:tc>
        <w:tc>
          <w:tcPr>
            <w:tcW w:type="dxa" w:w="850"/>
          </w:tcPr>
          <w:p>
            <w:pPr>
              <w:keepNext/>
            </w:pPr>
            <w:r>
              <w:rPr>
                <w:sz w:val="18"/>
              </w:rPr>
              <w:t>[year]</w:t>
            </w:r>
          </w:p>
        </w:tc>
        <w:tc>
          <w:tcPr>
            <w:tcW w:type="dxa" w:w="1020"/>
          </w:tcPr>
          <w:p>
            <w:pPr>
              <w:keepNext/>
            </w:pPr>
            <w:r>
              <w:rPr>
                <w:sz w:val="18"/>
              </w:rPr>
              <w:t>[ ]</w:t>
            </w:r>
          </w:p>
        </w:tc>
        <w:tc>
          <w:tcPr>
            <w:tcW w:type="dxa" w:w="1247"/>
          </w:tcPr>
          <w:p>
            <w:pPr>
              <w:keepNext/>
            </w:pPr>
            <w:r>
              <w:rPr>
                <w:sz w:val="18"/>
              </w:rPr>
              <w:t>[ ]</w:t>
            </w:r>
          </w:p>
        </w:tc>
        <w:tc>
          <w:tcPr>
            <w:tcW w:type="dxa" w:w="737"/>
          </w:tcPr>
          <w:p>
            <w:pPr>
              <w:keepNext/>
            </w:pPr>
            <w:r>
              <w:rPr>
                <w:sz w:val="18"/>
              </w:rPr>
              <w:t>[ ]</w:t>
            </w:r>
          </w:p>
        </w:tc>
        <w:tc>
          <w:tcPr>
            <w:tcW w:type="dxa" w:w="1361"/>
          </w:tcPr>
          <w:p>
            <w:pPr>
              <w:keepNext/>
            </w:pPr>
            <w:r>
              <w:rPr>
                <w:sz w:val="18"/>
              </w:rPr>
              <w:t>[ ]</w:t>
            </w:r>
          </w:p>
        </w:tc>
        <w:tc>
          <w:tcPr>
            <w:tcW w:type="dxa" w:w="1644"/>
          </w:tcPr>
          <w:p>
            <w:pPr>
              <w:keepNext/>
            </w:pPr>
            <w:r>
              <w:rPr>
                <w:sz w:val="18"/>
              </w:rPr>
              <w:t>[ ]</w:t>
            </w:r>
          </w:p>
        </w:tc>
        <w:tc>
          <w:tcPr>
            <w:tcW w:type="dxa" w:w="1587"/>
          </w:tcPr>
          <w:p>
            <w:pPr>
              <w:keepNext/>
            </w:pPr>
            <w:r>
              <w:rPr>
                <w:sz w:val="18"/>
              </w:rPr>
              <w:t>[ ]</w:t>
            </w:r>
          </w:p>
        </w:tc>
      </w:tr>
      <w:tr>
        <w:trPr>
          <w:cantSplit w:val="true"/>
        </w:trPr>
        <w:tc>
          <w:tcPr>
            <w:tcW w:type="dxa" w:w="1304"/>
          </w:tcPr>
          <w:p>
            <w:pPr>
              <w:keepNext/>
            </w:pPr>
            <w:r>
              <w:rPr>
                <w:sz w:val="18"/>
              </w:rPr>
              <w:t>[ ]</w:t>
            </w:r>
          </w:p>
        </w:tc>
        <w:tc>
          <w:tcPr>
            <w:tcW w:type="dxa" w:w="850"/>
          </w:tcPr>
          <w:p>
            <w:pPr>
              <w:keepNext/>
            </w:pPr>
            <w:r>
              <w:rPr>
                <w:sz w:val="18"/>
              </w:rPr>
              <w:t>[year]</w:t>
            </w:r>
          </w:p>
        </w:tc>
        <w:tc>
          <w:tcPr>
            <w:tcW w:type="dxa" w:w="1020"/>
          </w:tcPr>
          <w:p>
            <w:pPr>
              <w:keepNext/>
            </w:pPr>
            <w:r>
              <w:rPr>
                <w:sz w:val="18"/>
              </w:rPr>
              <w:t>[ ]</w:t>
            </w:r>
          </w:p>
        </w:tc>
        <w:tc>
          <w:tcPr>
            <w:tcW w:type="dxa" w:w="1247"/>
          </w:tcPr>
          <w:p>
            <w:pPr>
              <w:keepNext/>
            </w:pPr>
            <w:r>
              <w:rPr>
                <w:sz w:val="18"/>
              </w:rPr>
              <w:t>[ ]</w:t>
            </w:r>
          </w:p>
        </w:tc>
        <w:tc>
          <w:tcPr>
            <w:tcW w:type="dxa" w:w="737"/>
          </w:tcPr>
          <w:p>
            <w:pPr>
              <w:keepNext/>
            </w:pPr>
            <w:r>
              <w:rPr>
                <w:sz w:val="18"/>
              </w:rPr>
              <w:t>[ ]</w:t>
            </w:r>
          </w:p>
        </w:tc>
        <w:tc>
          <w:tcPr>
            <w:tcW w:type="dxa" w:w="1361"/>
          </w:tcPr>
          <w:p>
            <w:pPr>
              <w:keepNext/>
            </w:pPr>
            <w:r>
              <w:rPr>
                <w:sz w:val="18"/>
              </w:rPr>
              <w:t>[ ]</w:t>
            </w:r>
          </w:p>
        </w:tc>
        <w:tc>
          <w:tcPr>
            <w:tcW w:type="dxa" w:w="1644"/>
          </w:tcPr>
          <w:p>
            <w:pPr>
              <w:keepNext/>
            </w:pPr>
            <w:r>
              <w:rPr>
                <w:sz w:val="18"/>
              </w:rPr>
              <w:t>[ ]</w:t>
            </w:r>
          </w:p>
        </w:tc>
        <w:tc>
          <w:tcPr>
            <w:tcW w:type="dxa" w:w="1587"/>
          </w:tcPr>
          <w:p>
            <w:pPr>
              <w:keepNext/>
            </w:pPr>
            <w:r>
              <w:rPr>
                <w:sz w:val="18"/>
              </w:rPr>
              <w:t>[ ]</w:t>
            </w:r>
          </w:p>
        </w:tc>
      </w:tr>
      <w:tr>
        <w:trPr>
          <w:cantSplit w:val="true"/>
        </w:trPr>
        <w:tc>
          <w:tcPr>
            <w:tcW w:type="dxa" w:w="1304"/>
          </w:tcPr>
          <w:p>
            <w:pPr>
              <w:keepNext/>
            </w:pPr>
            <w:r>
              <w:rPr>
                <w:sz w:val="18"/>
              </w:rPr>
              <w:t>[ ]</w:t>
            </w:r>
          </w:p>
        </w:tc>
        <w:tc>
          <w:tcPr>
            <w:tcW w:type="dxa" w:w="850"/>
          </w:tcPr>
          <w:p>
            <w:pPr>
              <w:keepNext/>
            </w:pPr>
            <w:r>
              <w:rPr>
                <w:sz w:val="18"/>
              </w:rPr>
              <w:t>[year]</w:t>
            </w:r>
          </w:p>
        </w:tc>
        <w:tc>
          <w:tcPr>
            <w:tcW w:type="dxa" w:w="1020"/>
          </w:tcPr>
          <w:p>
            <w:pPr>
              <w:keepNext/>
            </w:pPr>
            <w:r>
              <w:rPr>
                <w:sz w:val="18"/>
              </w:rPr>
              <w:t>[ ]</w:t>
            </w:r>
          </w:p>
        </w:tc>
        <w:tc>
          <w:tcPr>
            <w:tcW w:type="dxa" w:w="1247"/>
          </w:tcPr>
          <w:p>
            <w:pPr>
              <w:keepNext/>
            </w:pPr>
            <w:r>
              <w:rPr>
                <w:sz w:val="18"/>
              </w:rPr>
              <w:t>[ ]</w:t>
            </w:r>
          </w:p>
        </w:tc>
        <w:tc>
          <w:tcPr>
            <w:tcW w:type="dxa" w:w="737"/>
          </w:tcPr>
          <w:p>
            <w:pPr>
              <w:keepNext/>
            </w:pPr>
            <w:r>
              <w:rPr>
                <w:sz w:val="18"/>
              </w:rPr>
              <w:t>[ ]</w:t>
            </w:r>
          </w:p>
        </w:tc>
        <w:tc>
          <w:tcPr>
            <w:tcW w:type="dxa" w:w="1361"/>
          </w:tcPr>
          <w:p>
            <w:pPr>
              <w:keepNext/>
            </w:pPr>
            <w:r>
              <w:rPr>
                <w:sz w:val="18"/>
              </w:rPr>
              <w:t>[ ]</w:t>
            </w:r>
          </w:p>
        </w:tc>
        <w:tc>
          <w:tcPr>
            <w:tcW w:type="dxa" w:w="1644"/>
          </w:tcPr>
          <w:p>
            <w:pPr>
              <w:keepNext/>
            </w:pPr>
            <w:r>
              <w:rPr>
                <w:sz w:val="18"/>
              </w:rPr>
              <w:t>[ ]</w:t>
            </w:r>
          </w:p>
        </w:tc>
        <w:tc>
          <w:tcPr>
            <w:tcW w:type="dxa" w:w="1587"/>
          </w:tcPr>
          <w:p>
            <w:pPr>
              <w:keepNext/>
            </w:pPr>
            <w:r>
              <w:rPr>
                <w:sz w:val="18"/>
              </w:rPr>
              <w:t>[ ]</w:t>
            </w:r>
          </w:p>
        </w:tc>
      </w:tr>
      <w:tr>
        <w:trPr>
          <w:cantSplit w:val="true"/>
        </w:trPr>
        <w:tc>
          <w:tcPr>
            <w:tcW w:type="dxa" w:w="1304"/>
          </w:tcPr>
          <w:p>
            <w:pPr>
              <w:keepNext/>
            </w:pPr>
            <w:r>
              <w:rPr>
                <w:sz w:val="18"/>
              </w:rPr>
              <w:t>[ ]</w:t>
            </w:r>
          </w:p>
        </w:tc>
        <w:tc>
          <w:tcPr>
            <w:tcW w:type="dxa" w:w="850"/>
          </w:tcPr>
          <w:p>
            <w:pPr>
              <w:keepNext/>
            </w:pPr>
            <w:r>
              <w:rPr>
                <w:sz w:val="18"/>
              </w:rPr>
              <w:t>[year]</w:t>
            </w:r>
          </w:p>
        </w:tc>
        <w:tc>
          <w:tcPr>
            <w:tcW w:type="dxa" w:w="1020"/>
          </w:tcPr>
          <w:p>
            <w:pPr>
              <w:keepNext/>
            </w:pPr>
            <w:r>
              <w:rPr>
                <w:sz w:val="18"/>
              </w:rPr>
              <w:t>[ ]</w:t>
            </w:r>
          </w:p>
        </w:tc>
        <w:tc>
          <w:tcPr>
            <w:tcW w:type="dxa" w:w="1247"/>
          </w:tcPr>
          <w:p>
            <w:pPr>
              <w:keepNext/>
            </w:pPr>
            <w:r>
              <w:rPr>
                <w:sz w:val="18"/>
              </w:rPr>
              <w:t>[ ]</w:t>
            </w:r>
          </w:p>
        </w:tc>
        <w:tc>
          <w:tcPr>
            <w:tcW w:type="dxa" w:w="737"/>
          </w:tcPr>
          <w:p>
            <w:pPr>
              <w:keepNext/>
            </w:pPr>
            <w:r>
              <w:rPr>
                <w:sz w:val="18"/>
              </w:rPr>
              <w:t>[ ]</w:t>
            </w:r>
          </w:p>
        </w:tc>
        <w:tc>
          <w:tcPr>
            <w:tcW w:type="dxa" w:w="1361"/>
          </w:tcPr>
          <w:p>
            <w:pPr>
              <w:keepNext/>
            </w:pPr>
            <w:r>
              <w:rPr>
                <w:sz w:val="18"/>
              </w:rPr>
              <w:t>[ ]</w:t>
            </w:r>
          </w:p>
        </w:tc>
        <w:tc>
          <w:tcPr>
            <w:tcW w:type="dxa" w:w="1644"/>
          </w:tcPr>
          <w:p>
            <w:pPr>
              <w:keepNext/>
            </w:pPr>
            <w:r>
              <w:rPr>
                <w:sz w:val="18"/>
              </w:rPr>
              <w:t>[ ]</w:t>
            </w:r>
          </w:p>
        </w:tc>
        <w:tc>
          <w:tcPr>
            <w:tcW w:type="dxa" w:w="1587"/>
          </w:tcPr>
          <w:p>
            <w:pPr>
              <w:keepNext/>
            </w:pPr>
            <w:r>
              <w:rPr>
                <w:sz w:val="18"/>
              </w:rPr>
              <w:t>[ ]</w:t>
            </w:r>
          </w:p>
        </w:tc>
      </w:tr>
      <w:tr>
        <w:trPr>
          <w:cantSplit w:val="true"/>
        </w:trPr>
        <w:tc>
          <w:tcPr>
            <w:tcW w:type="dxa" w:w="1304"/>
          </w:tcPr>
          <w:p>
            <w:pPr>
              <w:keepNext/>
            </w:pPr>
            <w:r>
              <w:rPr>
                <w:sz w:val="18"/>
              </w:rPr>
              <w:t>[ ]</w:t>
            </w:r>
          </w:p>
        </w:tc>
        <w:tc>
          <w:tcPr>
            <w:tcW w:type="dxa" w:w="850"/>
          </w:tcPr>
          <w:p>
            <w:pPr>
              <w:keepNext/>
            </w:pPr>
            <w:r>
              <w:rPr>
                <w:sz w:val="18"/>
              </w:rPr>
              <w:t>[year]</w:t>
            </w:r>
          </w:p>
        </w:tc>
        <w:tc>
          <w:tcPr>
            <w:tcW w:type="dxa" w:w="1020"/>
          </w:tcPr>
          <w:p>
            <w:pPr>
              <w:keepNext/>
            </w:pPr>
            <w:r>
              <w:rPr>
                <w:sz w:val="18"/>
              </w:rPr>
              <w:t>[ ]</w:t>
            </w:r>
          </w:p>
        </w:tc>
        <w:tc>
          <w:tcPr>
            <w:tcW w:type="dxa" w:w="1247"/>
          </w:tcPr>
          <w:p>
            <w:pPr>
              <w:keepNext/>
            </w:pPr>
            <w:r>
              <w:rPr>
                <w:sz w:val="18"/>
              </w:rPr>
              <w:t>[ ]</w:t>
            </w:r>
          </w:p>
        </w:tc>
        <w:tc>
          <w:tcPr>
            <w:tcW w:type="dxa" w:w="737"/>
          </w:tcPr>
          <w:p>
            <w:pPr>
              <w:keepNext/>
            </w:pPr>
            <w:r>
              <w:rPr>
                <w:sz w:val="18"/>
              </w:rPr>
              <w:t>[ ]</w:t>
            </w:r>
          </w:p>
        </w:tc>
        <w:tc>
          <w:tcPr>
            <w:tcW w:type="dxa" w:w="1361"/>
          </w:tcPr>
          <w:p>
            <w:pPr>
              <w:keepNext/>
            </w:pPr>
            <w:r>
              <w:rPr>
                <w:sz w:val="18"/>
              </w:rPr>
              <w:t>[ ]</w:t>
            </w:r>
          </w:p>
        </w:tc>
        <w:tc>
          <w:tcPr>
            <w:tcW w:type="dxa" w:w="1644"/>
          </w:tcPr>
          <w:p>
            <w:pPr>
              <w:keepNext/>
            </w:pPr>
            <w:r>
              <w:rPr>
                <w:sz w:val="18"/>
              </w:rPr>
              <w:t>[ ]</w:t>
            </w:r>
          </w:p>
        </w:tc>
        <w:tc>
          <w:tcPr>
            <w:tcW w:type="dxa" w:w="1587"/>
          </w:tcPr>
          <w:p>
            <w:pPr>
              <w:keepNext/>
            </w:pPr>
            <w:r>
              <w:rPr>
                <w:sz w:val="18"/>
              </w:rPr>
              <w:t>[ ]</w:t>
            </w:r>
          </w:p>
        </w:tc>
      </w:tr>
      <w:tr>
        <w:trPr>
          <w:cantSplit w:val="true"/>
        </w:trPr>
        <w:tc>
          <w:tcPr>
            <w:tcW w:type="dxa" w:w="1304"/>
          </w:tcPr>
          <w:p>
            <w:r>
              <w:rPr>
                <w:sz w:val="18"/>
              </w:rPr>
              <w:t>[ ]</w:t>
            </w:r>
          </w:p>
        </w:tc>
        <w:tc>
          <w:tcPr>
            <w:tcW w:type="dxa" w:w="850"/>
          </w:tcPr>
          <w:p>
            <w:r>
              <w:rPr>
                <w:sz w:val="18"/>
              </w:rPr>
              <w:t>[year]</w:t>
            </w:r>
          </w:p>
        </w:tc>
        <w:tc>
          <w:tcPr>
            <w:tcW w:type="dxa" w:w="1020"/>
          </w:tcPr>
          <w:p>
            <w:r>
              <w:rPr>
                <w:sz w:val="18"/>
              </w:rPr>
              <w:t>[ ]</w:t>
            </w:r>
          </w:p>
        </w:tc>
        <w:tc>
          <w:tcPr>
            <w:tcW w:type="dxa" w:w="1247"/>
          </w:tcPr>
          <w:p>
            <w:r>
              <w:rPr>
                <w:sz w:val="18"/>
              </w:rPr>
              <w:t>[ ]</w:t>
            </w:r>
          </w:p>
        </w:tc>
        <w:tc>
          <w:tcPr>
            <w:tcW w:type="dxa" w:w="737"/>
          </w:tcPr>
          <w:p>
            <w:r>
              <w:rPr>
                <w:sz w:val="18"/>
              </w:rPr>
              <w:t>[ ]</w:t>
            </w:r>
          </w:p>
        </w:tc>
        <w:tc>
          <w:tcPr>
            <w:tcW w:type="dxa" w:w="1361"/>
          </w:tcPr>
          <w:p>
            <w:r>
              <w:rPr>
                <w:sz w:val="18"/>
              </w:rPr>
              <w:t>[ ]</w:t>
            </w:r>
          </w:p>
        </w:tc>
        <w:tc>
          <w:tcPr>
            <w:tcW w:type="dxa" w:w="1644"/>
          </w:tcPr>
          <w:p>
            <w:r>
              <w:rPr>
                <w:sz w:val="18"/>
              </w:rPr>
              <w:t>[ ]</w:t>
            </w:r>
          </w:p>
        </w:tc>
        <w:tc>
          <w:tcPr>
            <w:tcW w:type="dxa" w:w="1587"/>
          </w:tcPr>
          <w:p>
            <w:r>
              <w:rPr>
                <w:sz w:val="18"/>
              </w:rPr>
              <w:t>[ ]</w:t>
            </w:r>
          </w:p>
        </w:tc>
      </w:tr>
    </w:tbl>
    <w:p>
      <w:pPr>
        <w:spacing w:after="40"/>
      </w:pPr>
    </w:p>
    <w:p>
      <w:pPr>
        <w:keepNext/>
        <w:spacing w:after="40"/>
      </w:pPr>
      <w:r>
        <w:rPr>
          <w:b/>
          <w:i w:val="0"/>
          <w:sz w:val="20"/>
        </w:rPr>
        <w:t>FSA's order for projected yields (7 CFR 761.104(c)(3), current as of 2026-10-16)</w:t>
      </w:r>
    </w:p>
    <w:tbl>
      <w:tblPr>
        <w:tblStyle w:val="TableGrid"/>
        <w:tblW w:type="auto" w:w="0"/>
        <w:jc w:val="center"/>
        <w:tblLayout w:type="fixed"/>
        <w:tblLook w:firstColumn="1" w:firstRow="1" w:lastColumn="0" w:lastRow="0" w:noHBand="0" w:noVBand="1" w:val="04A0"/>
      </w:tblPr>
      <w:tblGrid>
        <w:gridCol w:w="1361"/>
        <w:gridCol w:w="8391"/>
      </w:tblGrid>
      <w:tr>
        <w:trPr>
          <w:tblHeader w:val="true"/>
          <w:cantSplit w:val="true"/>
        </w:trPr>
        <w:tc>
          <w:tcPr>
            <w:tcW w:type="dxa" w:w="1361"/>
            <w:shd w:val="clear" w:color="auto" w:fill="1F3A5F"/>
          </w:tcPr>
          <w:p>
            <w:pPr>
              <w:keepNext/>
            </w:pPr>
            <w:r/>
            <w:r>
              <w:rPr>
                <w:b/>
                <w:color w:val="FFFFFF"/>
                <w:sz w:val="20"/>
              </w:rPr>
              <w:t>Number</w:t>
            </w:r>
          </w:p>
        </w:tc>
        <w:tc>
          <w:tcPr>
            <w:tcW w:type="dxa" w:w="8391"/>
            <w:shd w:val="clear" w:color="auto" w:fill="1F3A5F"/>
          </w:tcPr>
          <w:p>
            <w:pPr>
              <w:keepNext/>
            </w:pPr>
            <w:r/>
            <w:r>
              <w:rPr>
                <w:b/>
                <w:color w:val="FFFFFF"/>
                <w:sz w:val="20"/>
              </w:rPr>
              <w:t>Source of a yield, in the order FSA's rule lists them</w:t>
            </w:r>
          </w:p>
        </w:tc>
      </w:tr>
      <w:tr>
        <w:trPr>
          <w:cantSplit w:val="true"/>
        </w:trPr>
        <w:tc>
          <w:tcPr>
            <w:tcW w:type="dxa" w:w="1361"/>
          </w:tcPr>
          <w:p>
            <w:pPr>
              <w:keepNext/>
            </w:pPr>
            <w:r>
              <w:rPr>
                <w:sz w:val="20"/>
              </w:rPr>
              <w:t>1</w:t>
            </w:r>
          </w:p>
        </w:tc>
        <w:tc>
          <w:tcPr>
            <w:tcW w:type="dxa" w:w="8391"/>
          </w:tcPr>
          <w:p>
            <w:pPr>
              <w:keepNext/>
            </w:pPr>
            <w:r>
              <w:rPr>
                <w:sz w:val="20"/>
              </w:rPr>
              <w:t>Your own production records for the previous 3 years</w:t>
            </w:r>
          </w:p>
        </w:tc>
      </w:tr>
      <w:tr>
        <w:trPr>
          <w:cantSplit w:val="true"/>
        </w:trPr>
        <w:tc>
          <w:tcPr>
            <w:tcW w:type="dxa" w:w="1361"/>
          </w:tcPr>
          <w:p>
            <w:pPr>
              <w:keepNext/>
            </w:pPr>
            <w:r>
              <w:rPr>
                <w:sz w:val="20"/>
              </w:rPr>
              <w:t>2</w:t>
            </w:r>
          </w:p>
        </w:tc>
        <w:tc>
          <w:tcPr>
            <w:tcW w:type="dxa" w:w="8391"/>
          </w:tcPr>
          <w:p>
            <w:pPr>
              <w:keepNext/>
            </w:pPr>
            <w:r>
              <w:rPr>
                <w:sz w:val="20"/>
              </w:rPr>
              <w:t>The per-acre actual production history of the crops produced by the farming operation, used to determine Federal crop insurance payments, if available</w:t>
            </w:r>
          </w:p>
        </w:tc>
      </w:tr>
      <w:tr>
        <w:trPr>
          <w:cantSplit w:val="true"/>
        </w:trPr>
        <w:tc>
          <w:tcPr>
            <w:tcW w:type="dxa" w:w="1361"/>
          </w:tcPr>
          <w:p>
            <w:pPr>
              <w:keepNext/>
            </w:pPr>
            <w:r>
              <w:rPr>
                <w:sz w:val="20"/>
              </w:rPr>
              <w:t>3</w:t>
            </w:r>
          </w:p>
        </w:tc>
        <w:tc>
          <w:tcPr>
            <w:tcW w:type="dxa" w:w="8391"/>
          </w:tcPr>
          <w:p>
            <w:pPr>
              <w:keepNext/>
            </w:pPr>
            <w:r>
              <w:rPr>
                <w:sz w:val="20"/>
              </w:rPr>
              <w:t>FSA Farm Program actual yield records</w:t>
            </w:r>
          </w:p>
        </w:tc>
      </w:tr>
      <w:tr>
        <w:trPr>
          <w:cantSplit w:val="true"/>
        </w:trPr>
        <w:tc>
          <w:tcPr>
            <w:tcW w:type="dxa" w:w="1361"/>
          </w:tcPr>
          <w:p>
            <w:pPr>
              <w:keepNext/>
            </w:pPr>
            <w:r>
              <w:rPr>
                <w:sz w:val="20"/>
              </w:rPr>
              <w:t>4</w:t>
            </w:r>
          </w:p>
        </w:tc>
        <w:tc>
          <w:tcPr>
            <w:tcW w:type="dxa" w:w="8391"/>
          </w:tcPr>
          <w:p>
            <w:pPr>
              <w:keepNext/>
            </w:pPr>
            <w:r>
              <w:rPr>
                <w:sz w:val="20"/>
              </w:rPr>
              <w:t>County averages</w:t>
            </w:r>
          </w:p>
        </w:tc>
      </w:tr>
      <w:tr>
        <w:trPr>
          <w:cantSplit w:val="true"/>
        </w:trPr>
        <w:tc>
          <w:tcPr>
            <w:tcW w:type="dxa" w:w="1361"/>
          </w:tcPr>
          <w:p>
            <w:r>
              <w:rPr>
                <w:sz w:val="20"/>
              </w:rPr>
              <w:t>5</w:t>
            </w:r>
          </w:p>
        </w:tc>
        <w:tc>
          <w:tcPr>
            <w:tcW w:type="dxa" w:w="8391"/>
          </w:tcPr>
          <w:p>
            <w:r>
              <w:rPr>
                <w:sz w:val="20"/>
              </w:rPr>
              <w:t>State averages</w:t>
            </w:r>
          </w:p>
        </w:tc>
      </w:tr>
    </w:tbl>
    <w:p>
      <w:pPr>
        <w:spacing w:after="40"/>
      </w:pPr>
    </w:p>
    <w:p>
      <w:pPr>
        <w:spacing w:after="80"/>
      </w:pPr>
      <w:r>
        <w:rPr>
          <w:b w:val="0"/>
          <w:i/>
          <w:color w:val="555555"/>
        </w:rPr>
        <w:t>If your production history was substantially affected by a disaster declared by the President or designated by the Secretary of Agriculture, FSA's rule lists options for that year (7 CFR 761.104(c)(4)). Ask your FSA office. This template supplies no averages.</w:t>
      </w:r>
    </w:p>
    <w:p>
      <w:pPr>
        <w:keepNext/>
        <w:spacing w:after="40"/>
      </w:pPr>
      <w:r>
        <w:rPr>
          <w:b/>
          <w:i/>
        </w:rPr>
        <w:t>Example — replace with your numbers. A hypothetical operation with made-up enterprises A and B, made-up units and a made-up price; no yield, price or cost here is typical or an FSA figure</w:t>
      </w:r>
    </w:p>
    <w:p>
      <w:pPr>
        <w:keepNext/>
        <w:spacing w:after="40"/>
      </w:pPr>
      <w:r>
        <w:rPr>
          <w:b/>
          <w:i w:val="0"/>
          <w:sz w:val="20"/>
        </w:rPr>
        <w:t>Example — replace with your numbers. Table A: three made-up years for Enterprise A.</w:t>
      </w:r>
    </w:p>
    <w:tbl>
      <w:tblPr>
        <w:tblStyle w:val="TableGrid"/>
        <w:tblW w:type="auto" w:w="0"/>
        <w:jc w:val="center"/>
        <w:tblLayout w:type="fixed"/>
        <w:tblLook w:firstColumn="1" w:firstRow="1" w:lastColumn="0" w:lastRow="0" w:noHBand="0" w:noVBand="1" w:val="04A0"/>
      </w:tblPr>
      <w:tblGrid>
        <w:gridCol w:w="2268"/>
        <w:gridCol w:w="3402"/>
        <w:gridCol w:w="4082"/>
      </w:tblGrid>
      <w:tr>
        <w:trPr>
          <w:tblHeader w:val="true"/>
          <w:cantSplit w:val="true"/>
        </w:trPr>
        <w:tc>
          <w:tcPr>
            <w:tcW w:type="dxa" w:w="2268"/>
            <w:shd w:val="clear" w:color="auto" w:fill="1F3A5F"/>
          </w:tcPr>
          <w:p>
            <w:pPr>
              <w:keepNext/>
            </w:pPr>
            <w:r/>
            <w:r>
              <w:rPr>
                <w:b/>
                <w:color w:val="FFFFFF"/>
                <w:sz w:val="20"/>
              </w:rPr>
              <w:t>Year</w:t>
            </w:r>
          </w:p>
        </w:tc>
        <w:tc>
          <w:tcPr>
            <w:tcW w:type="dxa" w:w="3402"/>
            <w:shd w:val="clear" w:color="auto" w:fill="1F3A5F"/>
          </w:tcPr>
          <w:p>
            <w:pPr>
              <w:keepNext/>
            </w:pPr>
            <w:r/>
            <w:r>
              <w:rPr>
                <w:b/>
                <w:color w:val="FFFFFF"/>
                <w:sz w:val="20"/>
              </w:rPr>
              <w:t>Units per acre, Enterprise A</w:t>
            </w:r>
          </w:p>
        </w:tc>
        <w:tc>
          <w:tcPr>
            <w:tcW w:type="dxa" w:w="4082"/>
            <w:shd w:val="clear" w:color="auto" w:fill="1F3A5F"/>
          </w:tcPr>
          <w:p>
            <w:pPr>
              <w:keepNext/>
            </w:pPr>
            <w:r/>
            <w:r>
              <w:rPr>
                <w:b/>
                <w:color w:val="FFFFFF"/>
                <w:sz w:val="20"/>
              </w:rPr>
              <w:t>Source of the figure</w:t>
            </w:r>
          </w:p>
        </w:tc>
      </w:tr>
      <w:tr>
        <w:trPr>
          <w:cantSplit w:val="true"/>
        </w:trPr>
        <w:tc>
          <w:tcPr>
            <w:tcW w:type="dxa" w:w="2268"/>
            <w:shd w:val="clear" w:color="auto" w:fill="EEF3F8"/>
          </w:tcPr>
          <w:p>
            <w:pPr>
              <w:keepNext/>
            </w:pPr>
            <w:r>
              <w:rPr>
                <w:sz w:val="20"/>
              </w:rPr>
              <w:t>Year 1</w:t>
            </w:r>
          </w:p>
        </w:tc>
        <w:tc>
          <w:tcPr>
            <w:tcW w:type="dxa" w:w="3402"/>
            <w:shd w:val="clear" w:color="auto" w:fill="EEF3F8"/>
          </w:tcPr>
          <w:p>
            <w:pPr>
              <w:keepNext/>
            </w:pPr>
            <w:r>
              <w:rPr>
                <w:sz w:val="20"/>
              </w:rPr>
              <w:t>46</w:t>
            </w:r>
          </w:p>
        </w:tc>
        <w:tc>
          <w:tcPr>
            <w:tcW w:type="dxa" w:w="4082"/>
            <w:shd w:val="clear" w:color="auto" w:fill="EEF3F8"/>
          </w:tcPr>
          <w:p>
            <w:pPr>
              <w:keepNext/>
            </w:pPr>
            <w:r>
              <w:rPr>
                <w:sz w:val="20"/>
              </w:rPr>
              <w:t>your records</w:t>
            </w:r>
          </w:p>
        </w:tc>
      </w:tr>
      <w:tr>
        <w:trPr>
          <w:cantSplit w:val="true"/>
        </w:trPr>
        <w:tc>
          <w:tcPr>
            <w:tcW w:type="dxa" w:w="2268"/>
            <w:shd w:val="clear" w:color="auto" w:fill="EEF3F8"/>
          </w:tcPr>
          <w:p>
            <w:pPr>
              <w:keepNext/>
            </w:pPr>
            <w:r>
              <w:rPr>
                <w:sz w:val="20"/>
              </w:rPr>
              <w:t>Year 2</w:t>
            </w:r>
          </w:p>
        </w:tc>
        <w:tc>
          <w:tcPr>
            <w:tcW w:type="dxa" w:w="3402"/>
            <w:shd w:val="clear" w:color="auto" w:fill="EEF3F8"/>
          </w:tcPr>
          <w:p>
            <w:pPr>
              <w:keepNext/>
            </w:pPr>
            <w:r>
              <w:rPr>
                <w:sz w:val="20"/>
              </w:rPr>
              <w:t>52</w:t>
            </w:r>
          </w:p>
        </w:tc>
        <w:tc>
          <w:tcPr>
            <w:tcW w:type="dxa" w:w="4082"/>
            <w:shd w:val="clear" w:color="auto" w:fill="EEF3F8"/>
          </w:tcPr>
          <w:p>
            <w:pPr>
              <w:keepNext/>
            </w:pPr>
            <w:r>
              <w:rPr>
                <w:sz w:val="20"/>
              </w:rPr>
              <w:t>your records</w:t>
            </w:r>
          </w:p>
        </w:tc>
      </w:tr>
      <w:tr>
        <w:trPr>
          <w:cantSplit w:val="true"/>
        </w:trPr>
        <w:tc>
          <w:tcPr>
            <w:tcW w:type="dxa" w:w="2268"/>
            <w:shd w:val="clear" w:color="auto" w:fill="EEF3F8"/>
          </w:tcPr>
          <w:p>
            <w:pPr>
              <w:keepNext/>
            </w:pPr>
            <w:r>
              <w:rPr>
                <w:sz w:val="20"/>
              </w:rPr>
              <w:t>Year 3</w:t>
            </w:r>
          </w:p>
        </w:tc>
        <w:tc>
          <w:tcPr>
            <w:tcW w:type="dxa" w:w="3402"/>
            <w:shd w:val="clear" w:color="auto" w:fill="EEF3F8"/>
          </w:tcPr>
          <w:p>
            <w:pPr>
              <w:keepNext/>
            </w:pPr>
            <w:r>
              <w:rPr>
                <w:sz w:val="20"/>
              </w:rPr>
              <w:t>49</w:t>
            </w:r>
          </w:p>
        </w:tc>
        <w:tc>
          <w:tcPr>
            <w:tcW w:type="dxa" w:w="4082"/>
            <w:shd w:val="clear" w:color="auto" w:fill="EEF3F8"/>
          </w:tcPr>
          <w:p>
            <w:pPr>
              <w:keepNext/>
            </w:pPr>
            <w:r>
              <w:rPr>
                <w:sz w:val="20"/>
              </w:rPr>
              <w:t>your records</w:t>
            </w:r>
          </w:p>
        </w:tc>
      </w:tr>
      <w:tr>
        <w:trPr>
          <w:cantSplit w:val="true"/>
        </w:trPr>
        <w:tc>
          <w:tcPr>
            <w:tcW w:type="dxa" w:w="2268"/>
            <w:shd w:val="clear" w:color="auto" w:fill="EEF3F8"/>
          </w:tcPr>
          <w:p>
            <w:r>
              <w:rPr>
                <w:b/>
                <w:sz w:val="20"/>
              </w:rPr>
              <w:t>3-year average</w:t>
            </w:r>
          </w:p>
        </w:tc>
        <w:tc>
          <w:tcPr>
            <w:tcW w:type="dxa" w:w="3402"/>
            <w:shd w:val="clear" w:color="auto" w:fill="EEF3F8"/>
          </w:tcPr>
          <w:p>
            <w:r>
              <w:rPr>
                <w:b/>
                <w:sz w:val="20"/>
              </w:rPr>
              <w:t>49</w:t>
            </w:r>
          </w:p>
        </w:tc>
        <w:tc>
          <w:tcPr>
            <w:tcW w:type="dxa" w:w="4082"/>
            <w:shd w:val="clear" w:color="auto" w:fill="EEF3F8"/>
          </w:tcPr>
          <w:p>
            <w:r>
              <w:rPr>
                <w:b/>
                <w:sz w:val="20"/>
              </w:rPr>
              <w:t>(46 + 52 + 49) ÷ 3 = 147 ÷ 3</w:t>
            </w:r>
          </w:p>
        </w:tc>
      </w:tr>
    </w:tbl>
    <w:p>
      <w:pPr>
        <w:spacing w:after="40"/>
      </w:pPr>
    </w:p>
    <w:p>
      <w:pPr>
        <w:pStyle w:val="Heading2"/>
        <w:pageBreakBefore/>
      </w:pPr>
      <w:r>
        <w:t>5.3 Enterprise budgets</w:t>
      </w:r>
    </w:p>
    <w:p>
      <w:pPr>
        <w:spacing w:after="80"/>
      </w:pPr>
      <w:r>
        <w:rPr>
          <w:b w:val="0"/>
          <w:i/>
          <w:color w:val="555555"/>
        </w:rPr>
        <w:t>One worksheet per enterprise. Income is units per acre or head times the price per unit times the acres or head. Use your own price records; FSA's rule says its own unit prices will generally be used, and a premium price needs evidence (7 CFR 761.104(d)). Ask your FSA office. This template shows no cost benchmark.</w:t>
      </w:r>
    </w:p>
    <w:p>
      <w:pPr>
        <w:keepNext/>
        <w:spacing w:after="40"/>
      </w:pPr>
      <w:r>
        <w:rPr>
          <w:b/>
          <w:i w:val="0"/>
          <w:sz w:val="20"/>
        </w:rPr>
        <w:t>Enterprise budget worksheet (copy it for each enterprise)</w:t>
      </w:r>
    </w:p>
    <w:tbl>
      <w:tblPr>
        <w:tblStyle w:val="TableGrid"/>
        <w:tblW w:type="auto" w:w="0"/>
        <w:jc w:val="center"/>
        <w:tblLayout w:type="fixed"/>
        <w:tblLook w:firstColumn="1" w:firstRow="1" w:lastColumn="0" w:lastRow="0" w:noHBand="0" w:noVBand="1" w:val="04A0"/>
      </w:tblPr>
      <w:tblGrid>
        <w:gridCol w:w="3175"/>
        <w:gridCol w:w="4535"/>
        <w:gridCol w:w="2041"/>
      </w:tblGrid>
      <w:tr>
        <w:trPr>
          <w:tblHeader w:val="true"/>
          <w:cantSplit w:val="true"/>
        </w:trPr>
        <w:tc>
          <w:tcPr>
            <w:tcW w:type="dxa" w:w="3175"/>
            <w:shd w:val="clear" w:color="auto" w:fill="1F3A5F"/>
          </w:tcPr>
          <w:p>
            <w:pPr>
              <w:keepNext/>
            </w:pPr>
            <w:r/>
            <w:r>
              <w:rPr>
                <w:b/>
                <w:color w:val="FFFFFF"/>
                <w:sz w:val="20"/>
              </w:rPr>
              <w:t>Line</w:t>
            </w:r>
          </w:p>
        </w:tc>
        <w:tc>
          <w:tcPr>
            <w:tcW w:type="dxa" w:w="4535"/>
            <w:shd w:val="clear" w:color="auto" w:fill="1F3A5F"/>
          </w:tcPr>
          <w:p>
            <w:pPr>
              <w:keepNext/>
            </w:pPr>
            <w:r/>
            <w:r>
              <w:rPr>
                <w:b/>
                <w:color w:val="FFFFFF"/>
                <w:sz w:val="20"/>
              </w:rPr>
              <w:t>How to work it out</w:t>
            </w:r>
          </w:p>
        </w:tc>
        <w:tc>
          <w:tcPr>
            <w:tcW w:type="dxa" w:w="2041"/>
            <w:shd w:val="clear" w:color="auto" w:fill="1F3A5F"/>
          </w:tcPr>
          <w:p>
            <w:pPr>
              <w:keepNext/>
            </w:pPr>
            <w:r/>
            <w:r>
              <w:rPr>
                <w:b/>
                <w:color w:val="FFFFFF"/>
                <w:sz w:val="20"/>
              </w:rPr>
              <w:t>Your number</w:t>
            </w:r>
          </w:p>
        </w:tc>
      </w:tr>
      <w:tr>
        <w:trPr>
          <w:cantSplit w:val="true"/>
        </w:trPr>
        <w:tc>
          <w:tcPr>
            <w:tcW w:type="dxa" w:w="3175"/>
          </w:tcPr>
          <w:p>
            <w:pPr>
              <w:keepNext/>
            </w:pPr>
            <w:r>
              <w:rPr>
                <w:sz w:val="20"/>
              </w:rPr>
              <w:t>Acres or head</w:t>
            </w:r>
          </w:p>
        </w:tc>
        <w:tc>
          <w:tcPr>
            <w:tcW w:type="dxa" w:w="4535"/>
          </w:tcPr>
          <w:p>
            <w:pPr>
              <w:keepNext/>
            </w:pPr>
            <w:r>
              <w:rPr>
                <w:sz w:val="20"/>
              </w:rPr>
              <w:t>Enter</w:t>
            </w:r>
          </w:p>
        </w:tc>
        <w:tc>
          <w:tcPr>
            <w:tcW w:type="dxa" w:w="2041"/>
          </w:tcPr>
          <w:p>
            <w:pPr>
              <w:keepNext/>
            </w:pPr>
            <w:r>
              <w:rPr>
                <w:sz w:val="20"/>
              </w:rPr>
              <w:t>[ ]</w:t>
            </w:r>
          </w:p>
        </w:tc>
      </w:tr>
      <w:tr>
        <w:trPr>
          <w:cantSplit w:val="true"/>
        </w:trPr>
        <w:tc>
          <w:tcPr>
            <w:tcW w:type="dxa" w:w="3175"/>
          </w:tcPr>
          <w:p>
            <w:pPr>
              <w:keepNext/>
            </w:pPr>
            <w:r>
              <w:rPr>
                <w:sz w:val="20"/>
              </w:rPr>
              <w:t>Units per acre or head</w:t>
            </w:r>
          </w:p>
        </w:tc>
        <w:tc>
          <w:tcPr>
            <w:tcW w:type="dxa" w:w="4535"/>
          </w:tcPr>
          <w:p>
            <w:pPr>
              <w:keepNext/>
            </w:pPr>
            <w:r>
              <w:rPr>
                <w:sz w:val="20"/>
              </w:rPr>
              <w:t>From section 5.2</w:t>
            </w:r>
          </w:p>
        </w:tc>
        <w:tc>
          <w:tcPr>
            <w:tcW w:type="dxa" w:w="2041"/>
          </w:tcPr>
          <w:p>
            <w:pPr>
              <w:keepNext/>
            </w:pPr>
            <w:r>
              <w:rPr>
                <w:sz w:val="20"/>
              </w:rPr>
              <w:t>[ ]</w:t>
            </w:r>
          </w:p>
        </w:tc>
      </w:tr>
      <w:tr>
        <w:trPr>
          <w:cantSplit w:val="true"/>
        </w:trPr>
        <w:tc>
          <w:tcPr>
            <w:tcW w:type="dxa" w:w="3175"/>
          </w:tcPr>
          <w:p>
            <w:pPr>
              <w:keepNext/>
            </w:pPr>
            <w:r>
              <w:rPr>
                <w:sz w:val="20"/>
              </w:rPr>
              <w:t>Price per unit</w:t>
            </w:r>
          </w:p>
        </w:tc>
        <w:tc>
          <w:tcPr>
            <w:tcW w:type="dxa" w:w="4535"/>
          </w:tcPr>
          <w:p>
            <w:pPr>
              <w:keepNext/>
            </w:pPr>
            <w:r>
              <w:rPr>
                <w:sz w:val="20"/>
              </w:rPr>
              <w:t>Your records, or the price FSA or your lender uses</w:t>
            </w:r>
          </w:p>
        </w:tc>
        <w:tc>
          <w:tcPr>
            <w:tcW w:type="dxa" w:w="2041"/>
          </w:tcPr>
          <w:p>
            <w:pPr>
              <w:keepNext/>
            </w:pPr>
            <w:r>
              <w:rPr>
                <w:sz w:val="20"/>
              </w:rPr>
              <w:t>[$]</w:t>
            </w:r>
          </w:p>
        </w:tc>
      </w:tr>
      <w:tr>
        <w:trPr>
          <w:cantSplit w:val="true"/>
        </w:trPr>
        <w:tc>
          <w:tcPr>
            <w:tcW w:type="dxa" w:w="3175"/>
          </w:tcPr>
          <w:p>
            <w:pPr>
              <w:keepNext/>
            </w:pPr>
            <w:r>
              <w:rPr>
                <w:sz w:val="20"/>
              </w:rPr>
              <w:t>Income</w:t>
            </w:r>
          </w:p>
        </w:tc>
        <w:tc>
          <w:tcPr>
            <w:tcW w:type="dxa" w:w="4535"/>
          </w:tcPr>
          <w:p>
            <w:pPr>
              <w:keepNext/>
            </w:pPr>
            <w:r>
              <w:rPr>
                <w:sz w:val="20"/>
              </w:rPr>
              <w:t>Acres or head × units per acre or head × price per unit</w:t>
            </w:r>
          </w:p>
        </w:tc>
        <w:tc>
          <w:tcPr>
            <w:tcW w:type="dxa" w:w="2041"/>
          </w:tcPr>
          <w:p>
            <w:pPr>
              <w:keepNext/>
            </w:pPr>
            <w:r>
              <w:rPr>
                <w:sz w:val="20"/>
              </w:rPr>
              <w:t>[$]</w:t>
            </w:r>
          </w:p>
        </w:tc>
      </w:tr>
      <w:tr>
        <w:trPr>
          <w:cantSplit w:val="true"/>
        </w:trPr>
        <w:tc>
          <w:tcPr>
            <w:tcW w:type="dxa" w:w="3175"/>
          </w:tcPr>
          <w:p>
            <w:pPr>
              <w:keepNext/>
            </w:pPr>
            <w:r>
              <w:rPr>
                <w:sz w:val="20"/>
              </w:rPr>
              <w:t>Seed or purchased animals</w:t>
            </w:r>
          </w:p>
        </w:tc>
        <w:tc>
          <w:tcPr>
            <w:tcW w:type="dxa" w:w="4535"/>
          </w:tcPr>
          <w:p>
            <w:pPr>
              <w:keepNext/>
            </w:pPr>
            <w:r>
              <w:rPr>
                <w:sz w:val="20"/>
              </w:rPr>
              <w:t>Enter, per acre or head</w:t>
            </w:r>
          </w:p>
        </w:tc>
        <w:tc>
          <w:tcPr>
            <w:tcW w:type="dxa" w:w="2041"/>
          </w:tcPr>
          <w:p>
            <w:pPr>
              <w:keepNext/>
            </w:pPr>
            <w:r>
              <w:rPr>
                <w:sz w:val="20"/>
              </w:rPr>
              <w:t>[$]</w:t>
            </w:r>
          </w:p>
        </w:tc>
      </w:tr>
      <w:tr>
        <w:trPr>
          <w:cantSplit w:val="true"/>
        </w:trPr>
        <w:tc>
          <w:tcPr>
            <w:tcW w:type="dxa" w:w="3175"/>
          </w:tcPr>
          <w:p>
            <w:pPr>
              <w:keepNext/>
            </w:pPr>
            <w:r>
              <w:rPr>
                <w:sz w:val="20"/>
              </w:rPr>
              <w:t>Feed, fertilizer and chemicals</w:t>
            </w:r>
          </w:p>
        </w:tc>
        <w:tc>
          <w:tcPr>
            <w:tcW w:type="dxa" w:w="4535"/>
          </w:tcPr>
          <w:p>
            <w:pPr>
              <w:keepNext/>
            </w:pPr>
            <w:r>
              <w:rPr>
                <w:sz w:val="20"/>
              </w:rPr>
              <w:t>Enter, per acre or head</w:t>
            </w:r>
          </w:p>
        </w:tc>
        <w:tc>
          <w:tcPr>
            <w:tcW w:type="dxa" w:w="2041"/>
          </w:tcPr>
          <w:p>
            <w:pPr>
              <w:keepNext/>
            </w:pPr>
            <w:r>
              <w:rPr>
                <w:sz w:val="20"/>
              </w:rPr>
              <w:t>[$]</w:t>
            </w:r>
          </w:p>
        </w:tc>
      </w:tr>
      <w:tr>
        <w:trPr>
          <w:cantSplit w:val="true"/>
        </w:trPr>
        <w:tc>
          <w:tcPr>
            <w:tcW w:type="dxa" w:w="3175"/>
          </w:tcPr>
          <w:p>
            <w:pPr>
              <w:keepNext/>
            </w:pPr>
            <w:r>
              <w:rPr>
                <w:sz w:val="20"/>
              </w:rPr>
              <w:t>Fuel and repairs</w:t>
            </w:r>
          </w:p>
        </w:tc>
        <w:tc>
          <w:tcPr>
            <w:tcW w:type="dxa" w:w="4535"/>
          </w:tcPr>
          <w:p>
            <w:pPr>
              <w:keepNext/>
            </w:pPr>
            <w:r>
              <w:rPr>
                <w:sz w:val="20"/>
              </w:rPr>
              <w:t>Enter, per acre or head</w:t>
            </w:r>
          </w:p>
        </w:tc>
        <w:tc>
          <w:tcPr>
            <w:tcW w:type="dxa" w:w="2041"/>
          </w:tcPr>
          <w:p>
            <w:pPr>
              <w:keepNext/>
            </w:pPr>
            <w:r>
              <w:rPr>
                <w:sz w:val="20"/>
              </w:rPr>
              <w:t>[$]</w:t>
            </w:r>
          </w:p>
        </w:tc>
      </w:tr>
      <w:tr>
        <w:trPr>
          <w:cantSplit w:val="true"/>
        </w:trPr>
        <w:tc>
          <w:tcPr>
            <w:tcW w:type="dxa" w:w="3175"/>
          </w:tcPr>
          <w:p>
            <w:pPr>
              <w:keepNext/>
            </w:pPr>
            <w:r>
              <w:rPr>
                <w:sz w:val="20"/>
              </w:rPr>
              <w:t>Hired labor and custom work</w:t>
            </w:r>
          </w:p>
        </w:tc>
        <w:tc>
          <w:tcPr>
            <w:tcW w:type="dxa" w:w="4535"/>
          </w:tcPr>
          <w:p>
            <w:pPr>
              <w:keepNext/>
            </w:pPr>
            <w:r>
              <w:rPr>
                <w:sz w:val="20"/>
              </w:rPr>
              <w:t>Enter, per acre or head</w:t>
            </w:r>
          </w:p>
        </w:tc>
        <w:tc>
          <w:tcPr>
            <w:tcW w:type="dxa" w:w="2041"/>
          </w:tcPr>
          <w:p>
            <w:pPr>
              <w:keepNext/>
            </w:pPr>
            <w:r>
              <w:rPr>
                <w:sz w:val="20"/>
              </w:rPr>
              <w:t>[$]</w:t>
            </w:r>
          </w:p>
        </w:tc>
      </w:tr>
      <w:tr>
        <w:trPr>
          <w:cantSplit w:val="true"/>
        </w:trPr>
        <w:tc>
          <w:tcPr>
            <w:tcW w:type="dxa" w:w="3175"/>
          </w:tcPr>
          <w:p>
            <w:pPr>
              <w:keepNext/>
            </w:pPr>
            <w:r>
              <w:rPr>
                <w:sz w:val="20"/>
              </w:rPr>
              <w:t>Other direct costs</w:t>
            </w:r>
          </w:p>
        </w:tc>
        <w:tc>
          <w:tcPr>
            <w:tcW w:type="dxa" w:w="4535"/>
          </w:tcPr>
          <w:p>
            <w:pPr>
              <w:keepNext/>
            </w:pPr>
            <w:r>
              <w:rPr>
                <w:sz w:val="20"/>
              </w:rPr>
              <w:t>Enter, per acre or head</w:t>
            </w:r>
          </w:p>
        </w:tc>
        <w:tc>
          <w:tcPr>
            <w:tcW w:type="dxa" w:w="2041"/>
          </w:tcPr>
          <w:p>
            <w:pPr>
              <w:keepNext/>
            </w:pPr>
            <w:r>
              <w:rPr>
                <w:sz w:val="20"/>
              </w:rPr>
              <w:t>[$]</w:t>
            </w:r>
          </w:p>
        </w:tc>
      </w:tr>
      <w:tr>
        <w:trPr>
          <w:cantSplit w:val="true"/>
        </w:trPr>
        <w:tc>
          <w:tcPr>
            <w:tcW w:type="dxa" w:w="3175"/>
          </w:tcPr>
          <w:p>
            <w:pPr>
              <w:keepNext/>
            </w:pPr>
            <w:r>
              <w:rPr>
                <w:sz w:val="20"/>
              </w:rPr>
              <w:t>Direct costs, total</w:t>
            </w:r>
          </w:p>
        </w:tc>
        <w:tc>
          <w:tcPr>
            <w:tcW w:type="dxa" w:w="4535"/>
          </w:tcPr>
          <w:p>
            <w:pPr>
              <w:keepNext/>
            </w:pPr>
            <w:r>
              <w:rPr>
                <w:sz w:val="20"/>
              </w:rPr>
              <w:t>Direct costs per acre or head × acres or head</w:t>
            </w:r>
          </w:p>
        </w:tc>
        <w:tc>
          <w:tcPr>
            <w:tcW w:type="dxa" w:w="2041"/>
          </w:tcPr>
          <w:p>
            <w:pPr>
              <w:keepNext/>
            </w:pPr>
            <w:r>
              <w:rPr>
                <w:sz w:val="20"/>
              </w:rPr>
              <w:t>[$]</w:t>
            </w:r>
          </w:p>
        </w:tc>
      </w:tr>
      <w:tr>
        <w:trPr>
          <w:cantSplit w:val="true"/>
        </w:trPr>
        <w:tc>
          <w:tcPr>
            <w:tcW w:type="dxa" w:w="3175"/>
          </w:tcPr>
          <w:p>
            <w:pPr>
              <w:keepNext/>
            </w:pPr>
            <w:r>
              <w:rPr>
                <w:sz w:val="20"/>
              </w:rPr>
              <w:t>Income over direct costs, total</w:t>
            </w:r>
          </w:p>
        </w:tc>
        <w:tc>
          <w:tcPr>
            <w:tcW w:type="dxa" w:w="4535"/>
          </w:tcPr>
          <w:p>
            <w:pPr>
              <w:keepNext/>
            </w:pPr>
            <w:r>
              <w:rPr>
                <w:sz w:val="20"/>
              </w:rPr>
              <w:t>Income − direct costs, total</w:t>
            </w:r>
          </w:p>
        </w:tc>
        <w:tc>
          <w:tcPr>
            <w:tcW w:type="dxa" w:w="2041"/>
          </w:tcPr>
          <w:p>
            <w:pPr>
              <w:keepNext/>
            </w:pPr>
            <w:r>
              <w:rPr>
                <w:sz w:val="20"/>
              </w:rPr>
              <w:t>[$]</w:t>
            </w:r>
          </w:p>
        </w:tc>
      </w:tr>
      <w:tr>
        <w:trPr>
          <w:cantSplit w:val="true"/>
        </w:trPr>
        <w:tc>
          <w:tcPr>
            <w:tcW w:type="dxa" w:w="3175"/>
          </w:tcPr>
          <w:p>
            <w:r>
              <w:rPr>
                <w:sz w:val="20"/>
              </w:rPr>
              <w:t>Income over direct costs per acre or head</w:t>
            </w:r>
          </w:p>
        </w:tc>
        <w:tc>
          <w:tcPr>
            <w:tcW w:type="dxa" w:w="4535"/>
          </w:tcPr>
          <w:p>
            <w:r>
              <w:rPr>
                <w:sz w:val="20"/>
              </w:rPr>
              <w:t>Income over direct costs ÷ acres or head</w:t>
            </w:r>
          </w:p>
        </w:tc>
        <w:tc>
          <w:tcPr>
            <w:tcW w:type="dxa" w:w="2041"/>
          </w:tcPr>
          <w:p>
            <w:r>
              <w:rPr>
                <w:sz w:val="20"/>
              </w:rPr>
              <w:t>[$]</w:t>
            </w:r>
          </w:p>
        </w:tc>
      </w:tr>
    </w:tbl>
    <w:p>
      <w:pPr>
        <w:spacing w:after="40"/>
      </w:pPr>
    </w:p>
    <w:p>
      <w:pPr>
        <w:keepNext/>
        <w:spacing w:after="40"/>
      </w:pPr>
      <w:r>
        <w:rPr>
          <w:b/>
          <w:i/>
        </w:rPr>
        <w:t>Example — replace with your numbers. A hypothetical operation with made-up enterprises A and B, made-up units and a made-up price; no yield, price or cost here is typical or an FSA figure</w:t>
      </w:r>
    </w:p>
    <w:p>
      <w:pPr>
        <w:keepNext/>
        <w:spacing w:after="40"/>
      </w:pPr>
      <w:r>
        <w:rPr>
          <w:b/>
          <w:i w:val="0"/>
          <w:sz w:val="20"/>
        </w:rPr>
        <w:t>Example — replace with your numbers. Table B: Enterprise A, made-up numbers.</w:t>
      </w:r>
    </w:p>
    <w:tbl>
      <w:tblPr>
        <w:tblStyle w:val="TableGrid"/>
        <w:tblW w:type="auto" w:w="0"/>
        <w:jc w:val="center"/>
        <w:tblLayout w:type="fixed"/>
        <w:tblLook w:firstColumn="1" w:firstRow="1" w:lastColumn="0" w:lastRow="0" w:noHBand="0" w:noVBand="1" w:val="04A0"/>
      </w:tblPr>
      <w:tblGrid>
        <w:gridCol w:w="6350"/>
        <w:gridCol w:w="3402"/>
      </w:tblGrid>
      <w:tr>
        <w:trPr>
          <w:tblHeader w:val="true"/>
          <w:cantSplit w:val="true"/>
        </w:trPr>
        <w:tc>
          <w:tcPr>
            <w:tcW w:type="dxa" w:w="6350"/>
            <w:shd w:val="clear" w:color="auto" w:fill="1F3A5F"/>
          </w:tcPr>
          <w:p>
            <w:pPr>
              <w:keepNext/>
            </w:pPr>
            <w:r/>
            <w:r>
              <w:rPr>
                <w:b/>
                <w:color w:val="FFFFFF"/>
                <w:sz w:val="20"/>
              </w:rPr>
              <w:t>Line</w:t>
            </w:r>
          </w:p>
        </w:tc>
        <w:tc>
          <w:tcPr>
            <w:tcW w:type="dxa" w:w="3402"/>
            <w:shd w:val="clear" w:color="auto" w:fill="1F3A5F"/>
          </w:tcPr>
          <w:p>
            <w:pPr>
              <w:keepNext/>
            </w:pPr>
            <w:r/>
            <w:r>
              <w:rPr>
                <w:b/>
                <w:color w:val="FFFFFF"/>
                <w:sz w:val="20"/>
              </w:rPr>
              <w:t>Example, Enterprise A</w:t>
            </w:r>
          </w:p>
        </w:tc>
      </w:tr>
      <w:tr>
        <w:trPr>
          <w:cantSplit w:val="true"/>
        </w:trPr>
        <w:tc>
          <w:tcPr>
            <w:tcW w:type="dxa" w:w="6350"/>
            <w:shd w:val="clear" w:color="auto" w:fill="EEF3F8"/>
          </w:tcPr>
          <w:p>
            <w:pPr>
              <w:keepNext/>
            </w:pPr>
            <w:r>
              <w:rPr>
                <w:sz w:val="20"/>
              </w:rPr>
              <w:t>Acres</w:t>
            </w:r>
          </w:p>
        </w:tc>
        <w:tc>
          <w:tcPr>
            <w:tcW w:type="dxa" w:w="3402"/>
            <w:shd w:val="clear" w:color="auto" w:fill="EEF3F8"/>
          </w:tcPr>
          <w:p>
            <w:pPr>
              <w:keepNext/>
            </w:pPr>
            <w:r>
              <w:rPr>
                <w:sz w:val="20"/>
              </w:rPr>
              <w:t>200</w:t>
            </w:r>
          </w:p>
        </w:tc>
      </w:tr>
      <w:tr>
        <w:trPr>
          <w:cantSplit w:val="true"/>
        </w:trPr>
        <w:tc>
          <w:tcPr>
            <w:tcW w:type="dxa" w:w="6350"/>
            <w:shd w:val="clear" w:color="auto" w:fill="EEF3F8"/>
          </w:tcPr>
          <w:p>
            <w:pPr>
              <w:keepNext/>
            </w:pPr>
            <w:r>
              <w:rPr>
                <w:sz w:val="20"/>
              </w:rPr>
              <w:t>Units per acre (3-year average from table A)</w:t>
            </w:r>
          </w:p>
        </w:tc>
        <w:tc>
          <w:tcPr>
            <w:tcW w:type="dxa" w:w="3402"/>
            <w:shd w:val="clear" w:color="auto" w:fill="EEF3F8"/>
          </w:tcPr>
          <w:p>
            <w:pPr>
              <w:keepNext/>
            </w:pPr>
            <w:r>
              <w:rPr>
                <w:sz w:val="20"/>
              </w:rPr>
              <w:t>49</w:t>
            </w:r>
          </w:p>
        </w:tc>
      </w:tr>
      <w:tr>
        <w:trPr>
          <w:cantSplit w:val="true"/>
        </w:trPr>
        <w:tc>
          <w:tcPr>
            <w:tcW w:type="dxa" w:w="6350"/>
            <w:shd w:val="clear" w:color="auto" w:fill="EEF3F8"/>
          </w:tcPr>
          <w:p>
            <w:pPr>
              <w:keepNext/>
            </w:pPr>
            <w:r>
              <w:rPr>
                <w:sz w:val="20"/>
              </w:rPr>
              <w:t>Price per unit</w:t>
            </w:r>
          </w:p>
        </w:tc>
        <w:tc>
          <w:tcPr>
            <w:tcW w:type="dxa" w:w="3402"/>
            <w:shd w:val="clear" w:color="auto" w:fill="EEF3F8"/>
          </w:tcPr>
          <w:p>
            <w:pPr>
              <w:keepNext/>
            </w:pPr>
            <w:r>
              <w:rPr>
                <w:sz w:val="20"/>
              </w:rPr>
              <w:t>$6</w:t>
            </w:r>
          </w:p>
        </w:tc>
      </w:tr>
      <w:tr>
        <w:trPr>
          <w:cantSplit w:val="true"/>
        </w:trPr>
        <w:tc>
          <w:tcPr>
            <w:tcW w:type="dxa" w:w="6350"/>
            <w:shd w:val="clear" w:color="auto" w:fill="EEF3F8"/>
          </w:tcPr>
          <w:p>
            <w:pPr>
              <w:keepNext/>
            </w:pPr>
            <w:r>
              <w:rPr>
                <w:sz w:val="20"/>
              </w:rPr>
              <w:t>Income (200 × 49 × $6)</w:t>
            </w:r>
          </w:p>
        </w:tc>
        <w:tc>
          <w:tcPr>
            <w:tcW w:type="dxa" w:w="3402"/>
            <w:shd w:val="clear" w:color="auto" w:fill="EEF3F8"/>
          </w:tcPr>
          <w:p>
            <w:pPr>
              <w:keepNext/>
            </w:pPr>
            <w:r>
              <w:rPr>
                <w:sz w:val="20"/>
              </w:rPr>
              <w:t>58,800</w:t>
            </w:r>
          </w:p>
        </w:tc>
      </w:tr>
      <w:tr>
        <w:trPr>
          <w:cantSplit w:val="true"/>
        </w:trPr>
        <w:tc>
          <w:tcPr>
            <w:tcW w:type="dxa" w:w="6350"/>
            <w:shd w:val="clear" w:color="auto" w:fill="EEF3F8"/>
          </w:tcPr>
          <w:p>
            <w:pPr>
              <w:keepNext/>
            </w:pPr>
            <w:r>
              <w:rPr>
                <w:sz w:val="20"/>
              </w:rPr>
              <w:t>Direct costs per acre</w:t>
            </w:r>
          </w:p>
        </w:tc>
        <w:tc>
          <w:tcPr>
            <w:tcW w:type="dxa" w:w="3402"/>
            <w:shd w:val="clear" w:color="auto" w:fill="EEF3F8"/>
          </w:tcPr>
          <w:p>
            <w:pPr>
              <w:keepNext/>
            </w:pPr>
            <w:r>
              <w:rPr>
                <w:sz w:val="20"/>
              </w:rPr>
              <w:t>$210</w:t>
            </w:r>
          </w:p>
        </w:tc>
      </w:tr>
      <w:tr>
        <w:trPr>
          <w:cantSplit w:val="true"/>
        </w:trPr>
        <w:tc>
          <w:tcPr>
            <w:tcW w:type="dxa" w:w="6350"/>
            <w:shd w:val="clear" w:color="auto" w:fill="EEF3F8"/>
          </w:tcPr>
          <w:p>
            <w:pPr>
              <w:keepNext/>
            </w:pPr>
            <w:r>
              <w:rPr>
                <w:sz w:val="20"/>
              </w:rPr>
              <w:t>Direct costs, total (200 × $210)</w:t>
            </w:r>
          </w:p>
        </w:tc>
        <w:tc>
          <w:tcPr>
            <w:tcW w:type="dxa" w:w="3402"/>
            <w:shd w:val="clear" w:color="auto" w:fill="EEF3F8"/>
          </w:tcPr>
          <w:p>
            <w:pPr>
              <w:keepNext/>
            </w:pPr>
            <w:r>
              <w:rPr>
                <w:sz w:val="20"/>
              </w:rPr>
              <w:t>42,000</w:t>
            </w:r>
          </w:p>
        </w:tc>
      </w:tr>
      <w:tr>
        <w:trPr>
          <w:cantSplit w:val="true"/>
        </w:trPr>
        <w:tc>
          <w:tcPr>
            <w:tcW w:type="dxa" w:w="6350"/>
            <w:shd w:val="clear" w:color="auto" w:fill="EEF3F8"/>
          </w:tcPr>
          <w:p>
            <w:pPr>
              <w:keepNext/>
            </w:pPr>
            <w:r>
              <w:rPr>
                <w:b/>
                <w:sz w:val="20"/>
              </w:rPr>
              <w:t>Income over direct costs</w:t>
            </w:r>
          </w:p>
        </w:tc>
        <w:tc>
          <w:tcPr>
            <w:tcW w:type="dxa" w:w="3402"/>
            <w:shd w:val="clear" w:color="auto" w:fill="EEF3F8"/>
          </w:tcPr>
          <w:p>
            <w:pPr>
              <w:keepNext/>
            </w:pPr>
            <w:r>
              <w:rPr>
                <w:b/>
                <w:sz w:val="20"/>
              </w:rPr>
              <w:t>16,800</w:t>
            </w:r>
          </w:p>
        </w:tc>
      </w:tr>
      <w:tr>
        <w:trPr>
          <w:cantSplit w:val="true"/>
        </w:trPr>
        <w:tc>
          <w:tcPr>
            <w:tcW w:type="dxa" w:w="6350"/>
            <w:shd w:val="clear" w:color="auto" w:fill="EEF3F8"/>
          </w:tcPr>
          <w:p>
            <w:r>
              <w:rPr>
                <w:sz w:val="20"/>
              </w:rPr>
              <w:t>Income over direct costs per acre</w:t>
            </w:r>
          </w:p>
        </w:tc>
        <w:tc>
          <w:tcPr>
            <w:tcW w:type="dxa" w:w="3402"/>
            <w:shd w:val="clear" w:color="auto" w:fill="EEF3F8"/>
          </w:tcPr>
          <w:p>
            <w:r>
              <w:rPr>
                <w:sz w:val="20"/>
              </w:rPr>
              <w:t>$84</w:t>
            </w:r>
          </w:p>
        </w:tc>
      </w:tr>
    </w:tbl>
    <w:p>
      <w:pPr>
        <w:spacing w:after="40"/>
      </w:pPr>
    </w:p>
    <w:p>
      <w:pPr>
        <w:spacing w:after="80"/>
      </w:pPr>
      <w:r>
        <w:rPr>
          <w:b w:val="0"/>
          <w:i/>
          <w:color w:val="555555"/>
        </w:rPr>
        <w:t>Example — replace with your numbers: the price, the costs and the 3-year average are made up to show the arithmetic.</w:t>
      </w:r>
    </w:p>
    <w:p>
      <w:pPr>
        <w:pStyle w:val="Heading2"/>
        <w:pageBreakBefore/>
      </w:pPr>
      <w:r>
        <w:t>5.4 Land, buildings and equipment schedule</w:t>
      </w:r>
    </w:p>
    <w:p>
      <w:pPr>
        <w:spacing w:after="80"/>
      </w:pPr>
      <w:r>
        <w:rPr>
          <w:b w:val="0"/>
          <w:i/>
          <w:color w:val="555555"/>
        </w:rPr>
        <w:t>One row per item. Values are your own estimates; say how you reached each one. The application lists a legal description of the farm property owned or to be acquired and, on FSA's request, any leases, contracts, options and other agreements related to the operation (7 CFR 764.51(b)(10), current as of 2026-10-16).</w:t>
      </w:r>
    </w:p>
    <w:tbl>
      <w:tblPr>
        <w:tblStyle w:val="TableGrid"/>
        <w:tblW w:type="auto" w:w="0"/>
        <w:jc w:val="center"/>
        <w:tblLayout w:type="fixed"/>
        <w:tblLook w:firstColumn="1" w:firstRow="1" w:lastColumn="0" w:lastRow="0" w:noHBand="0" w:noVBand="1" w:val="04A0"/>
      </w:tblPr>
      <w:tblGrid>
        <w:gridCol w:w="1361"/>
        <w:gridCol w:w="1361"/>
        <w:gridCol w:w="1701"/>
        <w:gridCol w:w="1134"/>
        <w:gridCol w:w="1587"/>
        <w:gridCol w:w="1247"/>
        <w:gridCol w:w="1361"/>
      </w:tblGrid>
      <w:tr>
        <w:trPr>
          <w:tblHeader w:val="true"/>
          <w:cantSplit w:val="true"/>
        </w:trPr>
        <w:tc>
          <w:tcPr>
            <w:tcW w:type="dxa" w:w="1361"/>
            <w:shd w:val="clear" w:color="auto" w:fill="1F3A5F"/>
          </w:tcPr>
          <w:p>
            <w:pPr>
              <w:keepNext/>
            </w:pPr>
            <w:r/>
            <w:r>
              <w:rPr>
                <w:b/>
                <w:color w:val="FFFFFF"/>
                <w:sz w:val="18"/>
              </w:rPr>
              <w:t>Item</w:t>
            </w:r>
          </w:p>
        </w:tc>
        <w:tc>
          <w:tcPr>
            <w:tcW w:type="dxa" w:w="1361"/>
            <w:shd w:val="clear" w:color="auto" w:fill="1F3A5F"/>
          </w:tcPr>
          <w:p>
            <w:pPr>
              <w:keepNext/>
            </w:pPr>
            <w:r/>
            <w:r>
              <w:rPr>
                <w:b/>
                <w:color w:val="FFFFFF"/>
                <w:sz w:val="18"/>
              </w:rPr>
              <w:t>Owned, leased or to buy</w:t>
            </w:r>
          </w:p>
        </w:tc>
        <w:tc>
          <w:tcPr>
            <w:tcW w:type="dxa" w:w="1701"/>
            <w:shd w:val="clear" w:color="auto" w:fill="1F3A5F"/>
          </w:tcPr>
          <w:p>
            <w:pPr>
              <w:keepNext/>
            </w:pPr>
            <w:r/>
            <w:r>
              <w:rPr>
                <w:b/>
                <w:color w:val="FFFFFF"/>
                <w:sz w:val="18"/>
              </w:rPr>
              <w:t>Legal description or location</w:t>
            </w:r>
          </w:p>
        </w:tc>
        <w:tc>
          <w:tcPr>
            <w:tcW w:type="dxa" w:w="1134"/>
            <w:shd w:val="clear" w:color="auto" w:fill="1F3A5F"/>
          </w:tcPr>
          <w:p>
            <w:pPr>
              <w:keepNext/>
            </w:pPr>
            <w:r/>
            <w:r>
              <w:rPr>
                <w:b/>
                <w:color w:val="FFFFFF"/>
                <w:sz w:val="18"/>
              </w:rPr>
              <w:t>Condition</w:t>
            </w:r>
          </w:p>
        </w:tc>
        <w:tc>
          <w:tcPr>
            <w:tcW w:type="dxa" w:w="1587"/>
            <w:shd w:val="clear" w:color="auto" w:fill="1F3A5F"/>
          </w:tcPr>
          <w:p>
            <w:pPr>
              <w:keepNext/>
            </w:pPr>
            <w:r/>
            <w:r>
              <w:rPr>
                <w:b/>
                <w:color w:val="FFFFFF"/>
                <w:sz w:val="18"/>
              </w:rPr>
              <w:t>Value (your estimate and basis)</w:t>
            </w:r>
          </w:p>
        </w:tc>
        <w:tc>
          <w:tcPr>
            <w:tcW w:type="dxa" w:w="1247"/>
            <w:shd w:val="clear" w:color="auto" w:fill="1F3A5F"/>
          </w:tcPr>
          <w:p>
            <w:pPr>
              <w:keepNext/>
            </w:pPr>
            <w:r/>
            <w:r>
              <w:rPr>
                <w:b/>
                <w:color w:val="FFFFFF"/>
                <w:sz w:val="18"/>
              </w:rPr>
              <w:t>Lien holder</w:t>
            </w:r>
          </w:p>
        </w:tc>
        <w:tc>
          <w:tcPr>
            <w:tcW w:type="dxa" w:w="1361"/>
            <w:shd w:val="clear" w:color="auto" w:fill="1F3A5F"/>
          </w:tcPr>
          <w:p>
            <w:pPr>
              <w:keepNext/>
            </w:pPr>
            <w:r/>
            <w:r>
              <w:rPr>
                <w:b/>
                <w:color w:val="FFFFFF"/>
                <w:sz w:val="18"/>
              </w:rPr>
              <w:t>What is being financed</w:t>
            </w:r>
          </w:p>
        </w:tc>
      </w:tr>
      <w:tr>
        <w:trPr>
          <w:cantSplit w:val="true"/>
        </w:trPr>
        <w:tc>
          <w:tcPr>
            <w:tcW w:type="dxa" w:w="1361"/>
          </w:tcPr>
          <w:p>
            <w:pPr>
              <w:keepNext/>
            </w:pPr>
            <w:r>
              <w:rPr>
                <w:sz w:val="18"/>
              </w:rPr>
              <w:t>[ ]</w:t>
            </w:r>
          </w:p>
        </w:tc>
        <w:tc>
          <w:tcPr>
            <w:tcW w:type="dxa" w:w="1361"/>
          </w:tcPr>
          <w:p>
            <w:pPr>
              <w:keepNext/>
            </w:pPr>
            <w:r>
              <w:rPr>
                <w:sz w:val="18"/>
              </w:rPr>
              <w:t>[ ]</w:t>
            </w:r>
          </w:p>
        </w:tc>
        <w:tc>
          <w:tcPr>
            <w:tcW w:type="dxa" w:w="1701"/>
          </w:tcPr>
          <w:p>
            <w:pPr>
              <w:keepNext/>
            </w:pPr>
            <w:r>
              <w:rPr>
                <w:sz w:val="18"/>
              </w:rPr>
              <w:t>[ ]</w:t>
            </w:r>
          </w:p>
        </w:tc>
        <w:tc>
          <w:tcPr>
            <w:tcW w:type="dxa" w:w="1134"/>
          </w:tcPr>
          <w:p>
            <w:pPr>
              <w:keepNext/>
            </w:pPr>
            <w:r>
              <w:rPr>
                <w:sz w:val="18"/>
              </w:rPr>
              <w:t>[ ]</w:t>
            </w:r>
          </w:p>
        </w:tc>
        <w:tc>
          <w:tcPr>
            <w:tcW w:type="dxa" w:w="1587"/>
          </w:tcPr>
          <w:p>
            <w:pPr>
              <w:keepNext/>
            </w:pPr>
            <w:r>
              <w:rPr>
                <w:sz w:val="18"/>
              </w:rPr>
              <w:t>[$, basis]</w:t>
            </w:r>
          </w:p>
        </w:tc>
        <w:tc>
          <w:tcPr>
            <w:tcW w:type="dxa" w:w="1247"/>
          </w:tcPr>
          <w:p>
            <w:pPr>
              <w:keepNext/>
            </w:pPr>
            <w:r>
              <w:rPr>
                <w:sz w:val="18"/>
              </w:rPr>
              <w:t>[ ]</w:t>
            </w:r>
          </w:p>
        </w:tc>
        <w:tc>
          <w:tcPr>
            <w:tcW w:type="dxa" w:w="1361"/>
          </w:tcPr>
          <w:p>
            <w:pPr>
              <w:keepNext/>
            </w:pPr>
            <w:r>
              <w:rPr>
                <w:sz w:val="18"/>
              </w:rPr>
              <w:t>[ ]</w:t>
            </w:r>
          </w:p>
        </w:tc>
      </w:tr>
      <w:tr>
        <w:trPr>
          <w:cantSplit w:val="true"/>
        </w:trPr>
        <w:tc>
          <w:tcPr>
            <w:tcW w:type="dxa" w:w="1361"/>
          </w:tcPr>
          <w:p>
            <w:pPr>
              <w:keepNext/>
            </w:pPr>
            <w:r>
              <w:rPr>
                <w:sz w:val="18"/>
              </w:rPr>
              <w:t>[ ]</w:t>
            </w:r>
          </w:p>
        </w:tc>
        <w:tc>
          <w:tcPr>
            <w:tcW w:type="dxa" w:w="1361"/>
          </w:tcPr>
          <w:p>
            <w:pPr>
              <w:keepNext/>
            </w:pPr>
            <w:r>
              <w:rPr>
                <w:sz w:val="18"/>
              </w:rPr>
              <w:t>[ ]</w:t>
            </w:r>
          </w:p>
        </w:tc>
        <w:tc>
          <w:tcPr>
            <w:tcW w:type="dxa" w:w="1701"/>
          </w:tcPr>
          <w:p>
            <w:pPr>
              <w:keepNext/>
            </w:pPr>
            <w:r>
              <w:rPr>
                <w:sz w:val="18"/>
              </w:rPr>
              <w:t>[ ]</w:t>
            </w:r>
          </w:p>
        </w:tc>
        <w:tc>
          <w:tcPr>
            <w:tcW w:type="dxa" w:w="1134"/>
          </w:tcPr>
          <w:p>
            <w:pPr>
              <w:keepNext/>
            </w:pPr>
            <w:r>
              <w:rPr>
                <w:sz w:val="18"/>
              </w:rPr>
              <w:t>[ ]</w:t>
            </w:r>
          </w:p>
        </w:tc>
        <w:tc>
          <w:tcPr>
            <w:tcW w:type="dxa" w:w="1587"/>
          </w:tcPr>
          <w:p>
            <w:pPr>
              <w:keepNext/>
            </w:pPr>
            <w:r>
              <w:rPr>
                <w:sz w:val="18"/>
              </w:rPr>
              <w:t>[$, basis]</w:t>
            </w:r>
          </w:p>
        </w:tc>
        <w:tc>
          <w:tcPr>
            <w:tcW w:type="dxa" w:w="1247"/>
          </w:tcPr>
          <w:p>
            <w:pPr>
              <w:keepNext/>
            </w:pPr>
            <w:r>
              <w:rPr>
                <w:sz w:val="18"/>
              </w:rPr>
              <w:t>[ ]</w:t>
            </w:r>
          </w:p>
        </w:tc>
        <w:tc>
          <w:tcPr>
            <w:tcW w:type="dxa" w:w="1361"/>
          </w:tcPr>
          <w:p>
            <w:pPr>
              <w:keepNext/>
            </w:pPr>
            <w:r>
              <w:rPr>
                <w:sz w:val="18"/>
              </w:rPr>
              <w:t>[ ]</w:t>
            </w:r>
          </w:p>
        </w:tc>
      </w:tr>
      <w:tr>
        <w:trPr>
          <w:cantSplit w:val="true"/>
        </w:trPr>
        <w:tc>
          <w:tcPr>
            <w:tcW w:type="dxa" w:w="1361"/>
          </w:tcPr>
          <w:p>
            <w:pPr>
              <w:keepNext/>
            </w:pPr>
            <w:r>
              <w:rPr>
                <w:sz w:val="18"/>
              </w:rPr>
              <w:t>[ ]</w:t>
            </w:r>
          </w:p>
        </w:tc>
        <w:tc>
          <w:tcPr>
            <w:tcW w:type="dxa" w:w="1361"/>
          </w:tcPr>
          <w:p>
            <w:pPr>
              <w:keepNext/>
            </w:pPr>
            <w:r>
              <w:rPr>
                <w:sz w:val="18"/>
              </w:rPr>
              <w:t>[ ]</w:t>
            </w:r>
          </w:p>
        </w:tc>
        <w:tc>
          <w:tcPr>
            <w:tcW w:type="dxa" w:w="1701"/>
          </w:tcPr>
          <w:p>
            <w:pPr>
              <w:keepNext/>
            </w:pPr>
            <w:r>
              <w:rPr>
                <w:sz w:val="18"/>
              </w:rPr>
              <w:t>[ ]</w:t>
            </w:r>
          </w:p>
        </w:tc>
        <w:tc>
          <w:tcPr>
            <w:tcW w:type="dxa" w:w="1134"/>
          </w:tcPr>
          <w:p>
            <w:pPr>
              <w:keepNext/>
            </w:pPr>
            <w:r>
              <w:rPr>
                <w:sz w:val="18"/>
              </w:rPr>
              <w:t>[ ]</w:t>
            </w:r>
          </w:p>
        </w:tc>
        <w:tc>
          <w:tcPr>
            <w:tcW w:type="dxa" w:w="1587"/>
          </w:tcPr>
          <w:p>
            <w:pPr>
              <w:keepNext/>
            </w:pPr>
            <w:r>
              <w:rPr>
                <w:sz w:val="18"/>
              </w:rPr>
              <w:t>[$, basis]</w:t>
            </w:r>
          </w:p>
        </w:tc>
        <w:tc>
          <w:tcPr>
            <w:tcW w:type="dxa" w:w="1247"/>
          </w:tcPr>
          <w:p>
            <w:pPr>
              <w:keepNext/>
            </w:pPr>
            <w:r>
              <w:rPr>
                <w:sz w:val="18"/>
              </w:rPr>
              <w:t>[ ]</w:t>
            </w:r>
          </w:p>
        </w:tc>
        <w:tc>
          <w:tcPr>
            <w:tcW w:type="dxa" w:w="1361"/>
          </w:tcPr>
          <w:p>
            <w:pPr>
              <w:keepNext/>
            </w:pPr>
            <w:r>
              <w:rPr>
                <w:sz w:val="18"/>
              </w:rPr>
              <w:t>[ ]</w:t>
            </w:r>
          </w:p>
        </w:tc>
      </w:tr>
      <w:tr>
        <w:trPr>
          <w:cantSplit w:val="true"/>
        </w:trPr>
        <w:tc>
          <w:tcPr>
            <w:tcW w:type="dxa" w:w="1361"/>
          </w:tcPr>
          <w:p>
            <w:pPr>
              <w:keepNext/>
            </w:pPr>
            <w:r>
              <w:rPr>
                <w:sz w:val="18"/>
              </w:rPr>
              <w:t>[ ]</w:t>
            </w:r>
          </w:p>
        </w:tc>
        <w:tc>
          <w:tcPr>
            <w:tcW w:type="dxa" w:w="1361"/>
          </w:tcPr>
          <w:p>
            <w:pPr>
              <w:keepNext/>
            </w:pPr>
            <w:r>
              <w:rPr>
                <w:sz w:val="18"/>
              </w:rPr>
              <w:t>[ ]</w:t>
            </w:r>
          </w:p>
        </w:tc>
        <w:tc>
          <w:tcPr>
            <w:tcW w:type="dxa" w:w="1701"/>
          </w:tcPr>
          <w:p>
            <w:pPr>
              <w:keepNext/>
            </w:pPr>
            <w:r>
              <w:rPr>
                <w:sz w:val="18"/>
              </w:rPr>
              <w:t>[ ]</w:t>
            </w:r>
          </w:p>
        </w:tc>
        <w:tc>
          <w:tcPr>
            <w:tcW w:type="dxa" w:w="1134"/>
          </w:tcPr>
          <w:p>
            <w:pPr>
              <w:keepNext/>
            </w:pPr>
            <w:r>
              <w:rPr>
                <w:sz w:val="18"/>
              </w:rPr>
              <w:t>[ ]</w:t>
            </w:r>
          </w:p>
        </w:tc>
        <w:tc>
          <w:tcPr>
            <w:tcW w:type="dxa" w:w="1587"/>
          </w:tcPr>
          <w:p>
            <w:pPr>
              <w:keepNext/>
            </w:pPr>
            <w:r>
              <w:rPr>
                <w:sz w:val="18"/>
              </w:rPr>
              <w:t>[$, basis]</w:t>
            </w:r>
          </w:p>
        </w:tc>
        <w:tc>
          <w:tcPr>
            <w:tcW w:type="dxa" w:w="1247"/>
          </w:tcPr>
          <w:p>
            <w:pPr>
              <w:keepNext/>
            </w:pPr>
            <w:r>
              <w:rPr>
                <w:sz w:val="18"/>
              </w:rPr>
              <w:t>[ ]</w:t>
            </w:r>
          </w:p>
        </w:tc>
        <w:tc>
          <w:tcPr>
            <w:tcW w:type="dxa" w:w="1361"/>
          </w:tcPr>
          <w:p>
            <w:pPr>
              <w:keepNext/>
            </w:pPr>
            <w:r>
              <w:rPr>
                <w:sz w:val="18"/>
              </w:rPr>
              <w:t>[ ]</w:t>
            </w:r>
          </w:p>
        </w:tc>
      </w:tr>
      <w:tr>
        <w:trPr>
          <w:cantSplit w:val="true"/>
        </w:trPr>
        <w:tc>
          <w:tcPr>
            <w:tcW w:type="dxa" w:w="1361"/>
          </w:tcPr>
          <w:p>
            <w:pPr>
              <w:keepNext/>
            </w:pPr>
            <w:r>
              <w:rPr>
                <w:sz w:val="18"/>
              </w:rPr>
              <w:t>[ ]</w:t>
            </w:r>
          </w:p>
        </w:tc>
        <w:tc>
          <w:tcPr>
            <w:tcW w:type="dxa" w:w="1361"/>
          </w:tcPr>
          <w:p>
            <w:pPr>
              <w:keepNext/>
            </w:pPr>
            <w:r>
              <w:rPr>
                <w:sz w:val="18"/>
              </w:rPr>
              <w:t>[ ]</w:t>
            </w:r>
          </w:p>
        </w:tc>
        <w:tc>
          <w:tcPr>
            <w:tcW w:type="dxa" w:w="1701"/>
          </w:tcPr>
          <w:p>
            <w:pPr>
              <w:keepNext/>
            </w:pPr>
            <w:r>
              <w:rPr>
                <w:sz w:val="18"/>
              </w:rPr>
              <w:t>[ ]</w:t>
            </w:r>
          </w:p>
        </w:tc>
        <w:tc>
          <w:tcPr>
            <w:tcW w:type="dxa" w:w="1134"/>
          </w:tcPr>
          <w:p>
            <w:pPr>
              <w:keepNext/>
            </w:pPr>
            <w:r>
              <w:rPr>
                <w:sz w:val="18"/>
              </w:rPr>
              <w:t>[ ]</w:t>
            </w:r>
          </w:p>
        </w:tc>
        <w:tc>
          <w:tcPr>
            <w:tcW w:type="dxa" w:w="1587"/>
          </w:tcPr>
          <w:p>
            <w:pPr>
              <w:keepNext/>
            </w:pPr>
            <w:r>
              <w:rPr>
                <w:sz w:val="18"/>
              </w:rPr>
              <w:t>[$, basis]</w:t>
            </w:r>
          </w:p>
        </w:tc>
        <w:tc>
          <w:tcPr>
            <w:tcW w:type="dxa" w:w="1247"/>
          </w:tcPr>
          <w:p>
            <w:pPr>
              <w:keepNext/>
            </w:pPr>
            <w:r>
              <w:rPr>
                <w:sz w:val="18"/>
              </w:rPr>
              <w:t>[ ]</w:t>
            </w:r>
          </w:p>
        </w:tc>
        <w:tc>
          <w:tcPr>
            <w:tcW w:type="dxa" w:w="1361"/>
          </w:tcPr>
          <w:p>
            <w:pPr>
              <w:keepNext/>
            </w:pPr>
            <w:r>
              <w:rPr>
                <w:sz w:val="18"/>
              </w:rPr>
              <w:t>[ ]</w:t>
            </w:r>
          </w:p>
        </w:tc>
      </w:tr>
      <w:tr>
        <w:trPr>
          <w:cantSplit w:val="true"/>
        </w:trPr>
        <w:tc>
          <w:tcPr>
            <w:tcW w:type="dxa" w:w="1361"/>
          </w:tcPr>
          <w:p>
            <w:r>
              <w:rPr>
                <w:sz w:val="18"/>
              </w:rPr>
              <w:t>[ ]</w:t>
            </w:r>
          </w:p>
        </w:tc>
        <w:tc>
          <w:tcPr>
            <w:tcW w:type="dxa" w:w="1361"/>
          </w:tcPr>
          <w:p>
            <w:r>
              <w:rPr>
                <w:sz w:val="18"/>
              </w:rPr>
              <w:t>[ ]</w:t>
            </w:r>
          </w:p>
        </w:tc>
        <w:tc>
          <w:tcPr>
            <w:tcW w:type="dxa" w:w="1701"/>
          </w:tcPr>
          <w:p>
            <w:r>
              <w:rPr>
                <w:sz w:val="18"/>
              </w:rPr>
              <w:t>[ ]</w:t>
            </w:r>
          </w:p>
        </w:tc>
        <w:tc>
          <w:tcPr>
            <w:tcW w:type="dxa" w:w="1134"/>
          </w:tcPr>
          <w:p>
            <w:r>
              <w:rPr>
                <w:sz w:val="18"/>
              </w:rPr>
              <w:t>[ ]</w:t>
            </w:r>
          </w:p>
        </w:tc>
        <w:tc>
          <w:tcPr>
            <w:tcW w:type="dxa" w:w="1587"/>
          </w:tcPr>
          <w:p>
            <w:r>
              <w:rPr>
                <w:sz w:val="18"/>
              </w:rPr>
              <w:t>[$, basis]</w:t>
            </w:r>
          </w:p>
        </w:tc>
        <w:tc>
          <w:tcPr>
            <w:tcW w:type="dxa" w:w="1247"/>
          </w:tcPr>
          <w:p>
            <w:r>
              <w:rPr>
                <w:sz w:val="18"/>
              </w:rPr>
              <w:t>[ ]</w:t>
            </w:r>
          </w:p>
        </w:tc>
        <w:tc>
          <w:tcPr>
            <w:tcW w:type="dxa" w:w="1361"/>
          </w:tcPr>
          <w:p>
            <w:r>
              <w:rPr>
                <w:sz w:val="18"/>
              </w:rPr>
              <w:t>[ ]</w:t>
            </w:r>
          </w:p>
        </w:tc>
      </w:tr>
    </w:tbl>
    <w:p>
      <w:pPr>
        <w:spacing w:after="40"/>
      </w:pPr>
    </w:p>
    <w:p>
      <w:pPr>
        <w:keepNext/>
        <w:spacing w:after="40"/>
      </w:pPr>
      <w:r>
        <w:rPr>
          <w:b/>
          <w:i w:val="0"/>
          <w:sz w:val="20"/>
        </w:rPr>
        <w:t>Leases, contracts and options</w:t>
      </w:r>
    </w:p>
    <w:tbl>
      <w:tblPr>
        <w:tblStyle w:val="TableGrid"/>
        <w:tblW w:type="auto" w:w="0"/>
        <w:jc w:val="center"/>
        <w:tblLayout w:type="fixed"/>
        <w:tblLook w:firstColumn="1" w:firstRow="1" w:lastColumn="0" w:lastRow="0" w:noHBand="0" w:noVBand="1" w:val="04A0"/>
      </w:tblPr>
      <w:tblGrid>
        <w:gridCol w:w="2608"/>
        <w:gridCol w:w="2381"/>
        <w:gridCol w:w="1928"/>
        <w:gridCol w:w="2835"/>
      </w:tblGrid>
      <w:tr>
        <w:trPr>
          <w:tblHeader w:val="true"/>
          <w:cantSplit w:val="true"/>
        </w:trPr>
        <w:tc>
          <w:tcPr>
            <w:tcW w:type="dxa" w:w="2608"/>
            <w:shd w:val="clear" w:color="auto" w:fill="1F3A5F"/>
          </w:tcPr>
          <w:p>
            <w:pPr>
              <w:keepNext/>
            </w:pPr>
            <w:r/>
            <w:r>
              <w:rPr>
                <w:b/>
                <w:color w:val="FFFFFF"/>
                <w:sz w:val="20"/>
              </w:rPr>
              <w:t>Lease, contract or option</w:t>
            </w:r>
          </w:p>
        </w:tc>
        <w:tc>
          <w:tcPr>
            <w:tcW w:type="dxa" w:w="2381"/>
            <w:shd w:val="clear" w:color="auto" w:fill="1F3A5F"/>
          </w:tcPr>
          <w:p>
            <w:pPr>
              <w:keepNext/>
            </w:pPr>
            <w:r/>
            <w:r>
              <w:rPr>
                <w:b/>
                <w:color w:val="FFFFFF"/>
                <w:sz w:val="20"/>
              </w:rPr>
              <w:t>Other party</w:t>
            </w:r>
          </w:p>
        </w:tc>
        <w:tc>
          <w:tcPr>
            <w:tcW w:type="dxa" w:w="1928"/>
            <w:shd w:val="clear" w:color="auto" w:fill="1F3A5F"/>
          </w:tcPr>
          <w:p>
            <w:pPr>
              <w:keepNext/>
            </w:pPr>
            <w:r/>
            <w:r>
              <w:rPr>
                <w:b/>
                <w:color w:val="FFFFFF"/>
                <w:sz w:val="20"/>
              </w:rPr>
              <w:t>Term</w:t>
            </w:r>
          </w:p>
        </w:tc>
        <w:tc>
          <w:tcPr>
            <w:tcW w:type="dxa" w:w="2835"/>
            <w:shd w:val="clear" w:color="auto" w:fill="1F3A5F"/>
          </w:tcPr>
          <w:p>
            <w:pPr>
              <w:keepNext/>
            </w:pPr>
            <w:r/>
            <w:r>
              <w:rPr>
                <w:b/>
                <w:color w:val="FFFFFF"/>
                <w:sz w:val="20"/>
              </w:rPr>
              <w:t>Land or item covered</w:t>
            </w:r>
          </w:p>
        </w:tc>
      </w:tr>
      <w:tr>
        <w:trPr>
          <w:cantSplit w:val="true"/>
        </w:trPr>
        <w:tc>
          <w:tcPr>
            <w:tcW w:type="dxa" w:w="2608"/>
          </w:tcPr>
          <w:p>
            <w:pPr>
              <w:keepNext/>
            </w:pPr>
            <w:r>
              <w:rPr>
                <w:sz w:val="20"/>
              </w:rPr>
              <w:t>[ ]</w:t>
            </w:r>
          </w:p>
        </w:tc>
        <w:tc>
          <w:tcPr>
            <w:tcW w:type="dxa" w:w="2381"/>
          </w:tcPr>
          <w:p>
            <w:pPr>
              <w:keepNext/>
            </w:pPr>
            <w:r>
              <w:rPr>
                <w:sz w:val="20"/>
              </w:rPr>
              <w:t>[ ]</w:t>
            </w:r>
          </w:p>
        </w:tc>
        <w:tc>
          <w:tcPr>
            <w:tcW w:type="dxa" w:w="1928"/>
          </w:tcPr>
          <w:p>
            <w:pPr>
              <w:keepNext/>
            </w:pPr>
            <w:r>
              <w:rPr>
                <w:sz w:val="20"/>
              </w:rPr>
              <w:t>[ ]</w:t>
            </w:r>
          </w:p>
        </w:tc>
        <w:tc>
          <w:tcPr>
            <w:tcW w:type="dxa" w:w="2835"/>
          </w:tcPr>
          <w:p>
            <w:pPr>
              <w:keepNext/>
            </w:pPr>
            <w:r>
              <w:rPr>
                <w:sz w:val="20"/>
              </w:rPr>
              <w:t>[ ]</w:t>
            </w:r>
          </w:p>
        </w:tc>
      </w:tr>
      <w:tr>
        <w:trPr>
          <w:cantSplit w:val="true"/>
        </w:trPr>
        <w:tc>
          <w:tcPr>
            <w:tcW w:type="dxa" w:w="2608"/>
          </w:tcPr>
          <w:p>
            <w:pPr>
              <w:keepNext/>
            </w:pPr>
            <w:r>
              <w:rPr>
                <w:sz w:val="20"/>
              </w:rPr>
              <w:t>[ ]</w:t>
            </w:r>
          </w:p>
        </w:tc>
        <w:tc>
          <w:tcPr>
            <w:tcW w:type="dxa" w:w="2381"/>
          </w:tcPr>
          <w:p>
            <w:pPr>
              <w:keepNext/>
            </w:pPr>
            <w:r>
              <w:rPr>
                <w:sz w:val="20"/>
              </w:rPr>
              <w:t>[ ]</w:t>
            </w:r>
          </w:p>
        </w:tc>
        <w:tc>
          <w:tcPr>
            <w:tcW w:type="dxa" w:w="1928"/>
          </w:tcPr>
          <w:p>
            <w:pPr>
              <w:keepNext/>
            </w:pPr>
            <w:r>
              <w:rPr>
                <w:sz w:val="20"/>
              </w:rPr>
              <w:t>[ ]</w:t>
            </w:r>
          </w:p>
        </w:tc>
        <w:tc>
          <w:tcPr>
            <w:tcW w:type="dxa" w:w="2835"/>
          </w:tcPr>
          <w:p>
            <w:pPr>
              <w:keepNext/>
            </w:pPr>
            <w:r>
              <w:rPr>
                <w:sz w:val="20"/>
              </w:rPr>
              <w:t>[ ]</w:t>
            </w:r>
          </w:p>
        </w:tc>
      </w:tr>
      <w:tr>
        <w:trPr>
          <w:cantSplit w:val="true"/>
        </w:trPr>
        <w:tc>
          <w:tcPr>
            <w:tcW w:type="dxa" w:w="2608"/>
          </w:tcPr>
          <w:p>
            <w:r>
              <w:rPr>
                <w:sz w:val="20"/>
              </w:rPr>
              <w:t>[ ]</w:t>
            </w:r>
          </w:p>
        </w:tc>
        <w:tc>
          <w:tcPr>
            <w:tcW w:type="dxa" w:w="2381"/>
          </w:tcPr>
          <w:p>
            <w:r>
              <w:rPr>
                <w:sz w:val="20"/>
              </w:rPr>
              <w:t>[ ]</w:t>
            </w:r>
          </w:p>
        </w:tc>
        <w:tc>
          <w:tcPr>
            <w:tcW w:type="dxa" w:w="1928"/>
          </w:tcPr>
          <w:p>
            <w:r>
              <w:rPr>
                <w:sz w:val="20"/>
              </w:rPr>
              <w:t>[ ]</w:t>
            </w:r>
          </w:p>
        </w:tc>
        <w:tc>
          <w:tcPr>
            <w:tcW w:type="dxa" w:w="2835"/>
          </w:tcPr>
          <w:p>
            <w:r>
              <w:rPr>
                <w:sz w:val="20"/>
              </w:rPr>
              <w:t>[ ]</w:t>
            </w:r>
          </w:p>
        </w:tc>
      </w:tr>
    </w:tbl>
    <w:p>
      <w:pPr>
        <w:spacing w:after="40"/>
      </w:pPr>
    </w:p>
    <w:p>
      <w:pPr>
        <w:pStyle w:val="Heading2"/>
      </w:pPr>
      <w:r>
        <w:t>5.5 Records you attach</w:t>
      </w:r>
    </w:p>
    <w:p>
      <w:pPr>
        <w:spacing w:after="80"/>
      </w:pPr>
      <w:r>
        <w:rPr>
          <w:b w:val="0"/>
          <w:i/>
          <w:color w:val="555555"/>
        </w:rPr>
        <w:t>Tick what you have. FSA's rule says an applicant need not submit information that already exists in the FSA file and is still current (7 CFR 764.51(g), current as of 2026-10-16). Ask your FSA office.</w:t>
      </w:r>
    </w:p>
    <w:p>
      <w:pPr>
        <w:spacing w:after="40"/>
      </w:pPr>
      <w:r>
        <w:rPr>
          <w:b w:val="0"/>
          <w:i w:val="0"/>
        </w:rPr>
        <w:t xml:space="preserve">☐  </w:t>
      </w:r>
      <w:r>
        <w:rPr>
          <w:b w:val="0"/>
          <w:i w:val="0"/>
        </w:rPr>
        <w:t>The last 3 years of farm financial records, including tax returns, or a note that you have been farming less than 3 years (7 CFR 764.51(b)(4), current as of 2026-10-16)</w:t>
      </w:r>
    </w:p>
    <w:p>
      <w:pPr>
        <w:spacing w:after="40"/>
      </w:pPr>
      <w:r>
        <w:rPr>
          <w:b w:val="0"/>
          <w:i w:val="0"/>
        </w:rPr>
        <w:t xml:space="preserve">☐  </w:t>
      </w:r>
      <w:r>
        <w:rPr>
          <w:b w:val="0"/>
          <w:i w:val="0"/>
        </w:rPr>
        <w:t>The last 3 years of farm production records, or the same note (7 CFR 764.51(b)(5), current as of 2026-10-16)</w:t>
      </w:r>
    </w:p>
    <w:p>
      <w:pPr>
        <w:spacing w:after="40"/>
      </w:pPr>
      <w:r>
        <w:rPr>
          <w:b w:val="0"/>
          <w:i w:val="0"/>
        </w:rPr>
        <w:t xml:space="preserve">☐  </w:t>
      </w:r>
      <w:r>
        <w:rPr>
          <w:b w:val="0"/>
          <w:i w:val="0"/>
        </w:rPr>
        <w:t>Verification of all non-farm income (7 CFR 764.51(b)(8), current as of 2026-10-16)</w:t>
      </w:r>
    </w:p>
    <w:p>
      <w:pPr>
        <w:spacing w:after="40"/>
      </w:pPr>
      <w:r>
        <w:rPr>
          <w:b w:val="0"/>
          <w:i w:val="0"/>
        </w:rPr>
        <w:t xml:space="preserve">☐  </w:t>
      </w:r>
      <w:r>
        <w:rPr>
          <w:b w:val="0"/>
          <w:i w:val="0"/>
        </w:rPr>
        <w:t>Verification of all debts (7 CFR 764.51(b)(12), current as of 2026-10-16)</w:t>
      </w:r>
    </w:p>
    <w:p>
      <w:pPr>
        <w:pStyle w:val="Heading2"/>
      </w:pPr>
      <w:r>
        <w:t>5.6 Credit elsewhere</w:t>
      </w:r>
    </w:p>
    <w:p>
      <w:pPr>
        <w:spacing w:after="80"/>
      </w:pPr>
      <w:r>
        <w:rPr>
          <w:b w:val="0"/>
          <w:i/>
          <w:color w:val="555555"/>
        </w:rPr>
        <w:t>FSA's rules ask direct-loan applicants to show they cannot get sufficient credit elsewhere at reasonable rates and terms (7 CFR 764.101(e), current as of 2026-10-16). The application lists documentation of this (7 CFR 764.51(b)(6)), except for Conservation Loans. Ask your FSA office what documentation it needs.</w:t>
      </w:r>
    </w:p>
    <w:tbl>
      <w:tblPr>
        <w:tblStyle w:val="TableGrid"/>
        <w:tblW w:type="auto" w:w="0"/>
        <w:jc w:val="center"/>
        <w:tblLayout w:type="fixed"/>
        <w:tblLook w:firstColumn="1" w:firstRow="1" w:lastColumn="0" w:lastRow="0" w:noHBand="0" w:noVBand="1" w:val="04A0"/>
      </w:tblPr>
      <w:tblGrid>
        <w:gridCol w:w="2608"/>
        <w:gridCol w:w="1587"/>
        <w:gridCol w:w="1814"/>
        <w:gridCol w:w="3742"/>
      </w:tblGrid>
      <w:tr>
        <w:trPr>
          <w:tblHeader w:val="true"/>
          <w:cantSplit w:val="true"/>
        </w:trPr>
        <w:tc>
          <w:tcPr>
            <w:tcW w:type="dxa" w:w="2608"/>
            <w:shd w:val="clear" w:color="auto" w:fill="1F3A5F"/>
          </w:tcPr>
          <w:p>
            <w:pPr>
              <w:keepNext/>
            </w:pPr>
            <w:r/>
            <w:r>
              <w:rPr>
                <w:b/>
                <w:color w:val="FFFFFF"/>
                <w:sz w:val="20"/>
              </w:rPr>
              <w:t>Lender contacted</w:t>
            </w:r>
          </w:p>
        </w:tc>
        <w:tc>
          <w:tcPr>
            <w:tcW w:type="dxa" w:w="1587"/>
            <w:shd w:val="clear" w:color="auto" w:fill="1F3A5F"/>
          </w:tcPr>
          <w:p>
            <w:pPr>
              <w:keepNext/>
            </w:pPr>
            <w:r/>
            <w:r>
              <w:rPr>
                <w:b/>
                <w:color w:val="FFFFFF"/>
                <w:sz w:val="20"/>
              </w:rPr>
              <w:t>Date</w:t>
            </w:r>
          </w:p>
        </w:tc>
        <w:tc>
          <w:tcPr>
            <w:tcW w:type="dxa" w:w="1814"/>
            <w:shd w:val="clear" w:color="auto" w:fill="1F3A5F"/>
          </w:tcPr>
          <w:p>
            <w:pPr>
              <w:keepNext/>
            </w:pPr>
            <w:r/>
            <w:r>
              <w:rPr>
                <w:b/>
                <w:color w:val="FFFFFF"/>
                <w:sz w:val="20"/>
              </w:rPr>
              <w:t>Amount asked</w:t>
            </w:r>
          </w:p>
        </w:tc>
        <w:tc>
          <w:tcPr>
            <w:tcW w:type="dxa" w:w="3742"/>
            <w:shd w:val="clear" w:color="auto" w:fill="1F3A5F"/>
          </w:tcPr>
          <w:p>
            <w:pPr>
              <w:keepNext/>
            </w:pPr>
            <w:r/>
            <w:r>
              <w:rPr>
                <w:b/>
                <w:color w:val="FFFFFF"/>
                <w:sz w:val="20"/>
              </w:rPr>
              <w:t>Answer and terms offered</w:t>
            </w:r>
          </w:p>
        </w:tc>
      </w:tr>
      <w:tr>
        <w:trPr>
          <w:cantSplit w:val="true"/>
        </w:trPr>
        <w:tc>
          <w:tcPr>
            <w:tcW w:type="dxa" w:w="2608"/>
          </w:tcPr>
          <w:p>
            <w:pPr>
              <w:keepNext/>
            </w:pPr>
            <w:r>
              <w:rPr>
                <w:sz w:val="20"/>
              </w:rPr>
              <w:t>[ ]</w:t>
            </w:r>
          </w:p>
        </w:tc>
        <w:tc>
          <w:tcPr>
            <w:tcW w:type="dxa" w:w="1587"/>
          </w:tcPr>
          <w:p>
            <w:pPr>
              <w:keepNext/>
            </w:pPr>
            <w:r>
              <w:rPr>
                <w:sz w:val="20"/>
              </w:rPr>
              <w:t>[date]</w:t>
            </w:r>
          </w:p>
        </w:tc>
        <w:tc>
          <w:tcPr>
            <w:tcW w:type="dxa" w:w="1814"/>
          </w:tcPr>
          <w:p>
            <w:pPr>
              <w:keepNext/>
            </w:pPr>
            <w:r>
              <w:rPr>
                <w:sz w:val="20"/>
              </w:rPr>
              <w:t>[$]</w:t>
            </w:r>
          </w:p>
        </w:tc>
        <w:tc>
          <w:tcPr>
            <w:tcW w:type="dxa" w:w="3742"/>
          </w:tcPr>
          <w:p>
            <w:pPr>
              <w:keepNext/>
            </w:pPr>
            <w:r>
              <w:rPr>
                <w:sz w:val="20"/>
              </w:rPr>
              <w:t>[ ]</w:t>
            </w:r>
          </w:p>
        </w:tc>
      </w:tr>
      <w:tr>
        <w:trPr>
          <w:cantSplit w:val="true"/>
        </w:trPr>
        <w:tc>
          <w:tcPr>
            <w:tcW w:type="dxa" w:w="2608"/>
          </w:tcPr>
          <w:p>
            <w:pPr>
              <w:keepNext/>
            </w:pPr>
            <w:r>
              <w:rPr>
                <w:sz w:val="20"/>
              </w:rPr>
              <w:t>[ ]</w:t>
            </w:r>
          </w:p>
        </w:tc>
        <w:tc>
          <w:tcPr>
            <w:tcW w:type="dxa" w:w="1587"/>
          </w:tcPr>
          <w:p>
            <w:pPr>
              <w:keepNext/>
            </w:pPr>
            <w:r>
              <w:rPr>
                <w:sz w:val="20"/>
              </w:rPr>
              <w:t>[date]</w:t>
            </w:r>
          </w:p>
        </w:tc>
        <w:tc>
          <w:tcPr>
            <w:tcW w:type="dxa" w:w="1814"/>
          </w:tcPr>
          <w:p>
            <w:pPr>
              <w:keepNext/>
            </w:pPr>
            <w:r>
              <w:rPr>
                <w:sz w:val="20"/>
              </w:rPr>
              <w:t>[$]</w:t>
            </w:r>
          </w:p>
        </w:tc>
        <w:tc>
          <w:tcPr>
            <w:tcW w:type="dxa" w:w="3742"/>
          </w:tcPr>
          <w:p>
            <w:pPr>
              <w:keepNext/>
            </w:pPr>
            <w:r>
              <w:rPr>
                <w:sz w:val="20"/>
              </w:rPr>
              <w:t>[ ]</w:t>
            </w:r>
          </w:p>
        </w:tc>
      </w:tr>
      <w:tr>
        <w:trPr>
          <w:cantSplit w:val="true"/>
        </w:trPr>
        <w:tc>
          <w:tcPr>
            <w:tcW w:type="dxa" w:w="2608"/>
          </w:tcPr>
          <w:p>
            <w:pPr>
              <w:keepNext/>
            </w:pPr>
            <w:r>
              <w:rPr>
                <w:sz w:val="20"/>
              </w:rPr>
              <w:t>[ ]</w:t>
            </w:r>
          </w:p>
        </w:tc>
        <w:tc>
          <w:tcPr>
            <w:tcW w:type="dxa" w:w="1587"/>
          </w:tcPr>
          <w:p>
            <w:pPr>
              <w:keepNext/>
            </w:pPr>
            <w:r>
              <w:rPr>
                <w:sz w:val="20"/>
              </w:rPr>
              <w:t>[date]</w:t>
            </w:r>
          </w:p>
        </w:tc>
        <w:tc>
          <w:tcPr>
            <w:tcW w:type="dxa" w:w="1814"/>
          </w:tcPr>
          <w:p>
            <w:pPr>
              <w:keepNext/>
            </w:pPr>
            <w:r>
              <w:rPr>
                <w:sz w:val="20"/>
              </w:rPr>
              <w:t>[$]</w:t>
            </w:r>
          </w:p>
        </w:tc>
        <w:tc>
          <w:tcPr>
            <w:tcW w:type="dxa" w:w="3742"/>
          </w:tcPr>
          <w:p>
            <w:pPr>
              <w:keepNext/>
            </w:pPr>
            <w:r>
              <w:rPr>
                <w:sz w:val="20"/>
              </w:rPr>
              <w:t>[ ]</w:t>
            </w:r>
          </w:p>
        </w:tc>
      </w:tr>
      <w:tr>
        <w:trPr>
          <w:cantSplit w:val="true"/>
        </w:trPr>
        <w:tc>
          <w:tcPr>
            <w:tcW w:type="dxa" w:w="2608"/>
          </w:tcPr>
          <w:p>
            <w:r>
              <w:rPr>
                <w:sz w:val="20"/>
              </w:rPr>
              <w:t>[ ]</w:t>
            </w:r>
          </w:p>
        </w:tc>
        <w:tc>
          <w:tcPr>
            <w:tcW w:type="dxa" w:w="1587"/>
          </w:tcPr>
          <w:p>
            <w:r>
              <w:rPr>
                <w:sz w:val="20"/>
              </w:rPr>
              <w:t>[date]</w:t>
            </w:r>
          </w:p>
        </w:tc>
        <w:tc>
          <w:tcPr>
            <w:tcW w:type="dxa" w:w="1814"/>
          </w:tcPr>
          <w:p>
            <w:r>
              <w:rPr>
                <w:sz w:val="20"/>
              </w:rPr>
              <w:t>[$]</w:t>
            </w:r>
          </w:p>
        </w:tc>
        <w:tc>
          <w:tcPr>
            <w:tcW w:type="dxa" w:w="3742"/>
          </w:tcPr>
          <w:p>
            <w:r>
              <w:rPr>
                <w:sz w:val="20"/>
              </w:rPr>
              <w:t>[ ]</w:t>
            </w:r>
          </w:p>
        </w:tc>
      </w:tr>
    </w:tbl>
    <w:p>
      <w:pPr>
        <w:spacing w:after="40"/>
      </w:pPr>
    </w:p>
    <w:p>
      <w:pPr>
        <w:pStyle w:val="Heading2"/>
      </w:pPr>
      <w:r>
        <w:t>5.7 Environmental compliance prompt</w:t>
      </w:r>
    </w:p>
    <w:p>
      <w:pPr>
        <w:spacing w:after="80"/>
      </w:pPr>
      <w:r>
        <w:rPr>
          <w:b w:val="0"/>
          <w:i/>
          <w:color w:val="555555"/>
        </w:rPr>
        <w:t>The application lists documentation of compliance with FSA's environmental regulations (7 CFR 764.51(b)(7), current as of 2026-10-16). Ask your FSA office which environmental review applies to your request.</w:t>
      </w:r>
    </w:p>
    <w:p>
      <w:r>
        <w:rPr>
          <w:b w:val="0"/>
          <w:i w:val="0"/>
        </w:rPr>
        <w:t>What your FSA office told you about environmental review: [ ].</w:t>
      </w:r>
    </w:p>
    <w:p>
      <w:pPr>
        <w:pStyle w:val="Heading1"/>
      </w:pPr>
      <w:r>
        <w:t>6. Marketing and sales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how you will sell what you produce and when. FSA's initial assessment looks at a marketing plan (7 CFR 761.103(b)(3), current as of 2026-10-16). Name the tools you use to manage risk, such as contracts or insurance, but give no statistics.</w:t>
            </w:r>
          </w:p>
          <w:p>
            <w:pPr>
              <w:spacing w:after="0"/>
            </w:pPr>
            <w:r>
              <w:rPr>
                <w:b/>
              </w:rPr>
              <w:t>Questions to answer in this section:</w:t>
            </w:r>
          </w:p>
          <w:p>
            <w:pPr>
              <w:pStyle w:val="ListBullet"/>
            </w:pPr>
            <w:r>
              <w:rPr>
                <w:b w:val="0"/>
                <w:i w:val="0"/>
              </w:rPr>
              <w:t>How and when do you sell each enterprise?</w:t>
            </w:r>
          </w:p>
          <w:p>
            <w:pPr>
              <w:pStyle w:val="ListBullet"/>
            </w:pPr>
            <w:r>
              <w:rPr>
                <w:b w:val="0"/>
                <w:i w:val="0"/>
              </w:rPr>
              <w:t>Which risk tools do you use?</w:t>
            </w:r>
          </w:p>
        </w:tc>
      </w:tr>
    </w:tbl>
    <w:p>
      <w:pPr>
        <w:spacing w:after="40"/>
      </w:pPr>
    </w:p>
    <w:tbl>
      <w:tblPr>
        <w:tblStyle w:val="TableGrid"/>
        <w:tblW w:type="auto" w:w="0"/>
        <w:jc w:val="center"/>
        <w:tblLayout w:type="fixed"/>
        <w:tblLook w:firstColumn="1" w:firstRow="1" w:lastColumn="0" w:lastRow="0" w:noHBand="0" w:noVBand="1" w:val="04A0"/>
      </w:tblPr>
      <w:tblGrid>
        <w:gridCol w:w="1814"/>
        <w:gridCol w:w="3061"/>
        <w:gridCol w:w="1814"/>
        <w:gridCol w:w="3061"/>
      </w:tblGrid>
      <w:tr>
        <w:trPr>
          <w:tblHeader w:val="true"/>
          <w:cantSplit w:val="true"/>
        </w:trPr>
        <w:tc>
          <w:tcPr>
            <w:tcW w:type="dxa" w:w="1814"/>
            <w:shd w:val="clear" w:color="auto" w:fill="1F3A5F"/>
          </w:tcPr>
          <w:p>
            <w:pPr>
              <w:keepNext/>
            </w:pPr>
            <w:r/>
            <w:r>
              <w:rPr>
                <w:b/>
                <w:color w:val="FFFFFF"/>
                <w:sz w:val="20"/>
              </w:rPr>
              <w:t>Enterprise</w:t>
            </w:r>
          </w:p>
        </w:tc>
        <w:tc>
          <w:tcPr>
            <w:tcW w:type="dxa" w:w="3061"/>
            <w:shd w:val="clear" w:color="auto" w:fill="1F3A5F"/>
          </w:tcPr>
          <w:p>
            <w:pPr>
              <w:keepNext/>
            </w:pPr>
            <w:r/>
            <w:r>
              <w:rPr>
                <w:b/>
                <w:color w:val="FFFFFF"/>
                <w:sz w:val="20"/>
              </w:rPr>
              <w:t>Sales plan (buyers, method)</w:t>
            </w:r>
          </w:p>
        </w:tc>
        <w:tc>
          <w:tcPr>
            <w:tcW w:type="dxa" w:w="1814"/>
            <w:shd w:val="clear" w:color="auto" w:fill="1F3A5F"/>
          </w:tcPr>
          <w:p>
            <w:pPr>
              <w:keepNext/>
            </w:pPr>
            <w:r/>
            <w:r>
              <w:rPr>
                <w:b/>
                <w:color w:val="FFFFFF"/>
                <w:sz w:val="20"/>
              </w:rPr>
              <w:t>Months of sale</w:t>
            </w:r>
          </w:p>
        </w:tc>
        <w:tc>
          <w:tcPr>
            <w:tcW w:type="dxa" w:w="3061"/>
            <w:shd w:val="clear" w:color="auto" w:fill="1F3A5F"/>
          </w:tcPr>
          <w:p>
            <w:pPr>
              <w:keepNext/>
            </w:pPr>
            <w:r/>
            <w:r>
              <w:rPr>
                <w:b/>
                <w:color w:val="FFFFFF"/>
                <w:sz w:val="20"/>
              </w:rPr>
              <w:t>Risk tools you use (ask your agent and your FSA office)</w:t>
            </w:r>
          </w:p>
        </w:tc>
      </w:tr>
      <w:tr>
        <w:trPr>
          <w:cantSplit w:val="true"/>
        </w:trPr>
        <w:tc>
          <w:tcPr>
            <w:tcW w:type="dxa" w:w="1814"/>
          </w:tcPr>
          <w:p>
            <w:pPr>
              <w:keepNext/>
            </w:pPr>
            <w:r>
              <w:rPr>
                <w:sz w:val="20"/>
              </w:rPr>
              <w:t>[ ]</w:t>
            </w:r>
          </w:p>
        </w:tc>
        <w:tc>
          <w:tcPr>
            <w:tcW w:type="dxa" w:w="3061"/>
          </w:tcPr>
          <w:p>
            <w:pPr>
              <w:keepNext/>
            </w:pPr>
            <w:r>
              <w:rPr>
                <w:sz w:val="20"/>
              </w:rPr>
              <w:t>[ ]</w:t>
            </w:r>
          </w:p>
        </w:tc>
        <w:tc>
          <w:tcPr>
            <w:tcW w:type="dxa" w:w="1814"/>
          </w:tcPr>
          <w:p>
            <w:pPr>
              <w:keepNext/>
            </w:pPr>
            <w:r>
              <w:rPr>
                <w:sz w:val="20"/>
              </w:rPr>
              <w:t>[months]</w:t>
            </w:r>
          </w:p>
        </w:tc>
        <w:tc>
          <w:tcPr>
            <w:tcW w:type="dxa" w:w="3061"/>
          </w:tcPr>
          <w:p>
            <w:pPr>
              <w:keepNext/>
            </w:pPr>
            <w:r>
              <w:rPr>
                <w:sz w:val="20"/>
              </w:rPr>
              <w:t>[ ]</w:t>
            </w:r>
          </w:p>
        </w:tc>
      </w:tr>
      <w:tr>
        <w:trPr>
          <w:cantSplit w:val="true"/>
        </w:trPr>
        <w:tc>
          <w:tcPr>
            <w:tcW w:type="dxa" w:w="1814"/>
          </w:tcPr>
          <w:p>
            <w:pPr>
              <w:keepNext/>
            </w:pPr>
            <w:r>
              <w:rPr>
                <w:sz w:val="20"/>
              </w:rPr>
              <w:t>[ ]</w:t>
            </w:r>
          </w:p>
        </w:tc>
        <w:tc>
          <w:tcPr>
            <w:tcW w:type="dxa" w:w="3061"/>
          </w:tcPr>
          <w:p>
            <w:pPr>
              <w:keepNext/>
            </w:pPr>
            <w:r>
              <w:rPr>
                <w:sz w:val="20"/>
              </w:rPr>
              <w:t>[ ]</w:t>
            </w:r>
          </w:p>
        </w:tc>
        <w:tc>
          <w:tcPr>
            <w:tcW w:type="dxa" w:w="1814"/>
          </w:tcPr>
          <w:p>
            <w:pPr>
              <w:keepNext/>
            </w:pPr>
            <w:r>
              <w:rPr>
                <w:sz w:val="20"/>
              </w:rPr>
              <w:t>[months]</w:t>
            </w:r>
          </w:p>
        </w:tc>
        <w:tc>
          <w:tcPr>
            <w:tcW w:type="dxa" w:w="3061"/>
          </w:tcPr>
          <w:p>
            <w:pPr>
              <w:keepNext/>
            </w:pPr>
            <w:r>
              <w:rPr>
                <w:sz w:val="20"/>
              </w:rPr>
              <w:t>[ ]</w:t>
            </w:r>
          </w:p>
        </w:tc>
      </w:tr>
      <w:tr>
        <w:trPr>
          <w:cantSplit w:val="true"/>
        </w:trPr>
        <w:tc>
          <w:tcPr>
            <w:tcW w:type="dxa" w:w="1814"/>
          </w:tcPr>
          <w:p>
            <w:pPr>
              <w:keepNext/>
            </w:pPr>
            <w:r>
              <w:rPr>
                <w:sz w:val="20"/>
              </w:rPr>
              <w:t>[ ]</w:t>
            </w:r>
          </w:p>
        </w:tc>
        <w:tc>
          <w:tcPr>
            <w:tcW w:type="dxa" w:w="3061"/>
          </w:tcPr>
          <w:p>
            <w:pPr>
              <w:keepNext/>
            </w:pPr>
            <w:r>
              <w:rPr>
                <w:sz w:val="20"/>
              </w:rPr>
              <w:t>[ ]</w:t>
            </w:r>
          </w:p>
        </w:tc>
        <w:tc>
          <w:tcPr>
            <w:tcW w:type="dxa" w:w="1814"/>
          </w:tcPr>
          <w:p>
            <w:pPr>
              <w:keepNext/>
            </w:pPr>
            <w:r>
              <w:rPr>
                <w:sz w:val="20"/>
              </w:rPr>
              <w:t>[months]</w:t>
            </w:r>
          </w:p>
        </w:tc>
        <w:tc>
          <w:tcPr>
            <w:tcW w:type="dxa" w:w="3061"/>
          </w:tcPr>
          <w:p>
            <w:pPr>
              <w:keepNext/>
            </w:pPr>
            <w:r>
              <w:rPr>
                <w:sz w:val="20"/>
              </w:rPr>
              <w:t>[ ]</w:t>
            </w:r>
          </w:p>
        </w:tc>
      </w:tr>
      <w:tr>
        <w:trPr>
          <w:cantSplit w:val="true"/>
        </w:trPr>
        <w:tc>
          <w:tcPr>
            <w:tcW w:type="dxa" w:w="1814"/>
          </w:tcPr>
          <w:p>
            <w:r>
              <w:rPr>
                <w:sz w:val="20"/>
              </w:rPr>
              <w:t>[ ]</w:t>
            </w:r>
          </w:p>
        </w:tc>
        <w:tc>
          <w:tcPr>
            <w:tcW w:type="dxa" w:w="3061"/>
          </w:tcPr>
          <w:p>
            <w:r>
              <w:rPr>
                <w:sz w:val="20"/>
              </w:rPr>
              <w:t>[ ]</w:t>
            </w:r>
          </w:p>
        </w:tc>
        <w:tc>
          <w:tcPr>
            <w:tcW w:type="dxa" w:w="1814"/>
          </w:tcPr>
          <w:p>
            <w:r>
              <w:rPr>
                <w:sz w:val="20"/>
              </w:rPr>
              <w:t>[months]</w:t>
            </w:r>
          </w:p>
        </w:tc>
        <w:tc>
          <w:tcPr>
            <w:tcW w:type="dxa" w:w="3061"/>
          </w:tcPr>
          <w:p>
            <w:r>
              <w:rPr>
                <w:sz w:val="20"/>
              </w:rPr>
              <w:t>[ ]</w:t>
            </w:r>
          </w:p>
        </w:tc>
      </w:tr>
    </w:tbl>
    <w:p>
      <w:pPr>
        <w:spacing w:after="40"/>
      </w:pPr>
    </w:p>
    <w:p>
      <w:pPr>
        <w:pStyle w:val="Heading1"/>
        <w:pageBreakBefore/>
      </w:pPr>
      <w:r>
        <w:t>7. Funding request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Say what you are asking for and what it is for. Make the amount match section 8 and the uses match the enterprise budgets (5.3) and the cash flow budget (8.2).</w:t>
            </w:r>
          </w:p>
          <w:p>
            <w:pPr>
              <w:spacing w:after="40"/>
            </w:pPr>
            <w:r>
              <w:rPr>
                <w:b w:val="0"/>
                <w:i w:val="0"/>
              </w:rPr>
              <w:t>This template supplies no limits, rates or terms. Ask your FSA office or lender for current limits and rates.</w:t>
            </w:r>
          </w:p>
          <w:p>
            <w:pPr>
              <w:spacing w:after="40"/>
            </w:pPr>
            <w:r>
              <w:rPr>
                <w:b w:val="0"/>
                <w:i w:val="0"/>
              </w:rPr>
              <w:t>Skip this section if you are not asking for money.</w:t>
            </w:r>
          </w:p>
          <w:p>
            <w:pPr>
              <w:spacing w:after="0"/>
            </w:pPr>
            <w:r>
              <w:rPr>
                <w:b/>
              </w:rPr>
              <w:t>Questions to answer in this section:</w:t>
            </w:r>
          </w:p>
          <w:p>
            <w:pPr>
              <w:pStyle w:val="ListBullet"/>
            </w:pPr>
            <w:r>
              <w:rPr>
                <w:b w:val="0"/>
                <w:i w:val="0"/>
              </w:rPr>
              <w:t>What type of loan, and how much?</w:t>
            </w:r>
          </w:p>
          <w:p>
            <w:pPr>
              <w:pStyle w:val="ListBullet"/>
            </w:pPr>
            <w:r>
              <w:rPr>
                <w:b w:val="0"/>
                <w:i w:val="0"/>
              </w:rPr>
              <w:t>What will the money buy?</w:t>
            </w:r>
          </w:p>
        </w:tc>
      </w:tr>
    </w:tbl>
    <w:p>
      <w:pPr>
        <w:spacing w:after="40"/>
      </w:pPr>
    </w:p>
    <w:tbl>
      <w:tblPr>
        <w:tblStyle w:val="TableGrid"/>
        <w:tblW w:type="auto" w:w="0"/>
        <w:jc w:val="center"/>
        <w:tblLayout w:type="fixed"/>
        <w:tblLook w:firstColumn="1" w:firstRow="1" w:lastColumn="0" w:lastRow="0" w:noHBand="0" w:noVBand="1" w:val="04A0"/>
      </w:tblPr>
      <w:tblGrid>
        <w:gridCol w:w="2835"/>
        <w:gridCol w:w="6917"/>
      </w:tblGrid>
      <w:tr>
        <w:trPr>
          <w:tblHeader w:val="true"/>
          <w:cantSplit w:val="true"/>
        </w:trPr>
        <w:tc>
          <w:tcPr>
            <w:tcW w:type="dxa" w:w="2835"/>
            <w:shd w:val="clear" w:color="auto" w:fill="1F3A5F"/>
          </w:tcPr>
          <w:p>
            <w:pPr>
              <w:keepNext/>
            </w:pPr>
            <w:r/>
            <w:r>
              <w:rPr>
                <w:b/>
                <w:color w:val="FFFFFF"/>
                <w:sz w:val="20"/>
              </w:rPr>
              <w:t>Item</w:t>
            </w:r>
          </w:p>
        </w:tc>
        <w:tc>
          <w:tcPr>
            <w:tcW w:type="dxa" w:w="6917"/>
            <w:shd w:val="clear" w:color="auto" w:fill="1F3A5F"/>
          </w:tcPr>
          <w:p>
            <w:pPr>
              <w:keepNext/>
            </w:pPr>
            <w:r/>
            <w:r>
              <w:rPr>
                <w:b/>
                <w:color w:val="FFFFFF"/>
                <w:sz w:val="20"/>
              </w:rPr>
              <w:t>Your answer</w:t>
            </w:r>
          </w:p>
        </w:tc>
      </w:tr>
      <w:tr>
        <w:trPr>
          <w:cantSplit w:val="true"/>
        </w:trPr>
        <w:tc>
          <w:tcPr>
            <w:tcW w:type="dxa" w:w="2835"/>
          </w:tcPr>
          <w:p>
            <w:pPr>
              <w:keepNext/>
            </w:pPr>
            <w:r>
              <w:rPr>
                <w:sz w:val="20"/>
              </w:rPr>
              <w:t>Loan type</w:t>
            </w:r>
          </w:p>
        </w:tc>
        <w:tc>
          <w:tcPr>
            <w:tcW w:type="dxa" w:w="6917"/>
          </w:tcPr>
          <w:p>
            <w:pPr>
              <w:keepNext/>
            </w:pPr>
            <w:r>
              <w:rPr>
                <w:sz w:val="20"/>
              </w:rPr>
              <w:t>[direct operating / direct farm ownership / FSA-guaranteed through a lender / microloan / other]</w:t>
            </w:r>
          </w:p>
        </w:tc>
      </w:tr>
      <w:tr>
        <w:trPr>
          <w:cantSplit w:val="true"/>
        </w:trPr>
        <w:tc>
          <w:tcPr>
            <w:tcW w:type="dxa" w:w="2835"/>
          </w:tcPr>
          <w:p>
            <w:pPr>
              <w:keepNext/>
            </w:pPr>
            <w:r>
              <w:rPr>
                <w:sz w:val="20"/>
              </w:rPr>
              <w:t>Amount requested</w:t>
            </w:r>
          </w:p>
        </w:tc>
        <w:tc>
          <w:tcPr>
            <w:tcW w:type="dxa" w:w="6917"/>
          </w:tcPr>
          <w:p>
            <w:pPr>
              <w:keepNext/>
            </w:pPr>
            <w:r>
              <w:rPr>
                <w:sz w:val="20"/>
              </w:rPr>
              <w:t>[$]</w:t>
            </w:r>
          </w:p>
        </w:tc>
      </w:tr>
      <w:tr>
        <w:trPr>
          <w:cantSplit w:val="true"/>
        </w:trPr>
        <w:tc>
          <w:tcPr>
            <w:tcW w:type="dxa" w:w="2835"/>
          </w:tcPr>
          <w:p>
            <w:pPr>
              <w:keepNext/>
            </w:pPr>
            <w:r>
              <w:rPr>
                <w:sz w:val="20"/>
              </w:rPr>
              <w:t>Terms requested</w:t>
            </w:r>
          </w:p>
        </w:tc>
        <w:tc>
          <w:tcPr>
            <w:tcW w:type="dxa" w:w="6917"/>
          </w:tcPr>
          <w:p>
            <w:pPr>
              <w:keepNext/>
            </w:pPr>
            <w:r>
              <w:rPr>
                <w:sz w:val="20"/>
              </w:rPr>
              <w:t>[ ]</w:t>
            </w:r>
          </w:p>
        </w:tc>
      </w:tr>
      <w:tr>
        <w:trPr>
          <w:cantSplit w:val="true"/>
        </w:trPr>
        <w:tc>
          <w:tcPr>
            <w:tcW w:type="dxa" w:w="2835"/>
          </w:tcPr>
          <w:p>
            <w:r>
              <w:rPr>
                <w:sz w:val="20"/>
              </w:rPr>
              <w:t>Purpose, in one line</w:t>
            </w:r>
          </w:p>
        </w:tc>
        <w:tc>
          <w:tcPr>
            <w:tcW w:type="dxa" w:w="6917"/>
          </w:tcPr>
          <w:p>
            <w:r>
              <w:rPr>
                <w:sz w:val="20"/>
              </w:rPr>
              <w:t>[ ]</w:t>
            </w:r>
          </w:p>
        </w:tc>
      </w:tr>
    </w:tbl>
    <w:p>
      <w:pPr>
        <w:spacing w:after="40"/>
      </w:pPr>
    </w:p>
    <w:p>
      <w:pPr>
        <w:keepNext/>
        <w:spacing w:after="40"/>
      </w:pPr>
      <w:r>
        <w:rPr>
          <w:b/>
          <w:i w:val="0"/>
          <w:sz w:val="20"/>
        </w:rPr>
        <w:t>Use of funds by purpose</w:t>
      </w:r>
    </w:p>
    <w:tbl>
      <w:tblPr>
        <w:tblStyle w:val="TableGrid"/>
        <w:tblW w:type="auto" w:w="0"/>
        <w:jc w:val="center"/>
        <w:tblLayout w:type="fixed"/>
        <w:tblLook w:firstColumn="1" w:firstRow="1" w:lastColumn="0" w:lastRow="0" w:noHBand="0" w:noVBand="1" w:val="04A0"/>
      </w:tblPr>
      <w:tblGrid>
        <w:gridCol w:w="4535"/>
        <w:gridCol w:w="1701"/>
        <w:gridCol w:w="3515"/>
      </w:tblGrid>
      <w:tr>
        <w:trPr>
          <w:tblHeader w:val="true"/>
          <w:cantSplit w:val="true"/>
        </w:trPr>
        <w:tc>
          <w:tcPr>
            <w:tcW w:type="dxa" w:w="4535"/>
            <w:shd w:val="clear" w:color="auto" w:fill="1F3A5F"/>
          </w:tcPr>
          <w:p>
            <w:pPr>
              <w:keepNext/>
            </w:pPr>
            <w:r/>
            <w:r>
              <w:rPr>
                <w:b/>
                <w:color w:val="FFFFFF"/>
                <w:sz w:val="20"/>
              </w:rPr>
              <w:t>Use of funds</w:t>
            </w:r>
          </w:p>
        </w:tc>
        <w:tc>
          <w:tcPr>
            <w:tcW w:type="dxa" w:w="1701"/>
            <w:shd w:val="clear" w:color="auto" w:fill="1F3A5F"/>
          </w:tcPr>
          <w:p>
            <w:pPr>
              <w:keepNext/>
            </w:pPr>
            <w:r/>
            <w:r>
              <w:rPr>
                <w:b/>
                <w:color w:val="FFFFFF"/>
                <w:sz w:val="20"/>
              </w:rPr>
              <w:t>Amount</w:t>
            </w:r>
          </w:p>
        </w:tc>
        <w:tc>
          <w:tcPr>
            <w:tcW w:type="dxa" w:w="3515"/>
            <w:shd w:val="clear" w:color="auto" w:fill="1F3A5F"/>
          </w:tcPr>
          <w:p>
            <w:pPr>
              <w:keepNext/>
            </w:pPr>
            <w:r/>
            <w:r>
              <w:rPr>
                <w:b/>
                <w:color w:val="FFFFFF"/>
                <w:sz w:val="20"/>
              </w:rPr>
              <w:t>Funding source</w:t>
            </w:r>
          </w:p>
        </w:tc>
      </w:tr>
      <w:tr>
        <w:trPr>
          <w:cantSplit w:val="true"/>
        </w:trPr>
        <w:tc>
          <w:tcPr>
            <w:tcW w:type="dxa" w:w="4535"/>
          </w:tcPr>
          <w:p>
            <w:pPr>
              <w:keepNext/>
            </w:pPr>
            <w:r>
              <w:rPr>
                <w:sz w:val="20"/>
              </w:rPr>
              <w:t>Land</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pPr>
              <w:keepNext/>
            </w:pPr>
            <w:r>
              <w:rPr>
                <w:sz w:val="20"/>
              </w:rPr>
              <w:t>Equipment</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pPr>
              <w:keepNext/>
            </w:pPr>
            <w:r>
              <w:rPr>
                <w:sz w:val="20"/>
              </w:rPr>
              <w:t>Livestock</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pPr>
              <w:keepNext/>
            </w:pPr>
            <w:r>
              <w:rPr>
                <w:sz w:val="20"/>
              </w:rPr>
              <w:t>Operating inputs (seed, feed, fertilizer, fuel, labor)</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pPr>
              <w:keepNext/>
            </w:pPr>
            <w:r>
              <w:rPr>
                <w:sz w:val="20"/>
              </w:rPr>
              <w:t>Refinancing existing debt</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pPr>
              <w:keepNext/>
            </w:pPr>
            <w:r>
              <w:rPr>
                <w:sz w:val="20"/>
              </w:rPr>
              <w:t>Other</w:t>
            </w:r>
          </w:p>
        </w:tc>
        <w:tc>
          <w:tcPr>
            <w:tcW w:type="dxa" w:w="1701"/>
          </w:tcPr>
          <w:p>
            <w:pPr>
              <w:keepNext/>
            </w:pPr>
            <w:r>
              <w:rPr>
                <w:sz w:val="20"/>
              </w:rPr>
              <w:t>[$]</w:t>
            </w:r>
          </w:p>
        </w:tc>
        <w:tc>
          <w:tcPr>
            <w:tcW w:type="dxa" w:w="3515"/>
          </w:tcPr>
          <w:p>
            <w:pPr>
              <w:keepNext/>
            </w:pPr>
            <w:r>
              <w:rPr>
                <w:sz w:val="20"/>
              </w:rPr>
              <w:t>[ ]</w:t>
            </w:r>
          </w:p>
        </w:tc>
      </w:tr>
      <w:tr>
        <w:trPr>
          <w:cantSplit w:val="true"/>
        </w:trPr>
        <w:tc>
          <w:tcPr>
            <w:tcW w:type="dxa" w:w="4535"/>
          </w:tcPr>
          <w:p>
            <w:r>
              <w:rPr>
                <w:b/>
                <w:sz w:val="20"/>
              </w:rPr>
              <w:t>Total</w:t>
            </w:r>
          </w:p>
        </w:tc>
        <w:tc>
          <w:tcPr>
            <w:tcW w:type="dxa" w:w="1701"/>
          </w:tcPr>
          <w:p>
            <w:r>
              <w:rPr>
                <w:b/>
                <w:sz w:val="20"/>
              </w:rPr>
              <w:t>[$]</w:t>
            </w:r>
          </w:p>
        </w:tc>
        <w:tc>
          <w:tcPr>
            <w:tcW w:type="dxa" w:w="3515"/>
          </w:tcPr>
          <w:p>
            <w:r>
              <w:rPr>
                <w:b/>
                <w:sz w:val="20"/>
              </w:rPr>
            </w:r>
          </w:p>
        </w:tc>
      </w:tr>
    </w:tbl>
    <w:p>
      <w:pPr>
        <w:spacing w:after="40"/>
      </w:pPr>
    </w:p>
    <w:p>
      <w:pPr>
        <w:pStyle w:val="Heading1"/>
      </w:pPr>
      <w:r>
        <w:t>8. Financial projections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FSA's application list asks for a current financial statement and the operation's farm operating plan, “including the projected cash flow budget reflecting production, income, expenses, and loan repayment plan” (7 CFR 764.51(b)(9), current as of 2026-10-16).</w:t>
            </w:r>
          </w:p>
          <w:p>
            <w:pPr>
              <w:spacing w:after="40"/>
            </w:pPr>
            <w:r>
              <w:rPr>
                <w:b w:val="0"/>
                <w:i w:val="0"/>
              </w:rPr>
              <w:t xml:space="preserve">Work the balance sheet (8.1) and the cash flow budget (8.2) from your records. Use the free Excel workbook only as a cross-check for the five-year view: </w:t>
            </w:r>
            <w:hyperlink r:id="rId10">
              <w:r>
                <w:rPr>
                  <w:rStyle w:val="Hyperlink"/>
                  <w:color w:val="0563C1"/>
                  <w:u w:val="single"/>
                </w:rPr>
                <w:t xml:space="preserve">letstalkbusinessplans.com/posts/excel-business-plan-templates-free-download</w:t>
              </w:r>
            </w:hyperlink>
            <w:r>
              <w:rPr>
                <w:b w:val="0"/>
                <w:i w:val="0"/>
              </w:rPr>
              <w:t>. Section 8.3 says what it cannot take.</w:t>
            </w:r>
          </w:p>
          <w:p>
            <w:pPr>
              <w:spacing w:after="40"/>
            </w:pPr>
            <w:r>
              <w:rPr>
                <w:b w:val="0"/>
                <w:i w:val="0"/>
              </w:rPr>
              <w:t>The farm operating plan is submitted to FSA upon request, and an applicant may ask FSA for help with it (7 CFR 761.104(a), (b), current as of 2026-10-16). Ask your FSA office.</w:t>
            </w:r>
          </w:p>
          <w:p>
            <w:pPr>
              <w:spacing w:after="0"/>
            </w:pPr>
            <w:r>
              <w:rPr>
                <w:b/>
              </w:rPr>
              <w:t>Questions to answer in this section:</w:t>
            </w:r>
          </w:p>
          <w:p>
            <w:pPr>
              <w:pStyle w:val="ListBullet"/>
            </w:pPr>
            <w:r>
              <w:rPr>
                <w:b w:val="0"/>
                <w:i w:val="0"/>
              </w:rPr>
              <w:t>What do you own and owe today?</w:t>
            </w:r>
          </w:p>
          <w:p>
            <w:pPr>
              <w:pStyle w:val="ListBullet"/>
            </w:pPr>
            <w:r>
              <w:rPr>
                <w:b w:val="0"/>
                <w:i w:val="0"/>
              </w:rPr>
              <w:t>Do your inflows cover your outflows?</w:t>
            </w:r>
          </w:p>
        </w:tc>
      </w:tr>
    </w:tbl>
    <w:p>
      <w:pPr>
        <w:spacing w:after="40"/>
      </w:pPr>
    </w:p>
    <w:p>
      <w:pPr>
        <w:pStyle w:val="Heading2"/>
      </w:pPr>
      <w:r>
        <w:t>8.1 Balance sheet</w:t>
      </w:r>
    </w:p>
    <w:p>
      <w:pPr>
        <w:spacing w:after="80"/>
      </w:pPr>
      <w:r>
        <w:rPr>
          <w:b w:val="0"/>
          <w:i/>
          <w:color w:val="555555"/>
        </w:rPr>
        <w:t>A current financial statement. The groups below are plain groups, not an FSA form. Ask your FSA office or lender which form it wants filled in. Values are your estimates; say how you reached them.</w:t>
      </w:r>
    </w:p>
    <w:p>
      <w:pPr>
        <w:keepNext/>
        <w:spacing w:after="40"/>
      </w:pPr>
      <w:r>
        <w:rPr>
          <w:b/>
          <w:i w:val="0"/>
          <w:sz w:val="20"/>
        </w:rPr>
        <w:t>Balance sheet as of [date]</w:t>
      </w:r>
    </w:p>
    <w:tbl>
      <w:tblPr>
        <w:tblStyle w:val="TableGrid"/>
        <w:tblW w:type="auto" w:w="0"/>
        <w:jc w:val="center"/>
        <w:tblLayout w:type="fixed"/>
        <w:tblLook w:firstColumn="1" w:firstRow="1" w:lastColumn="0" w:lastRow="0" w:noHBand="0" w:noVBand="1" w:val="04A0"/>
      </w:tblPr>
      <w:tblGrid>
        <w:gridCol w:w="3061"/>
        <w:gridCol w:w="1701"/>
        <w:gridCol w:w="3061"/>
        <w:gridCol w:w="1928"/>
      </w:tblGrid>
      <w:tr>
        <w:trPr>
          <w:tblHeader w:val="true"/>
          <w:cantSplit w:val="true"/>
        </w:trPr>
        <w:tc>
          <w:tcPr>
            <w:tcW w:type="dxa" w:w="3061"/>
            <w:shd w:val="clear" w:color="auto" w:fill="1F3A5F"/>
          </w:tcPr>
          <w:p>
            <w:pPr>
              <w:keepNext/>
            </w:pPr>
            <w:r/>
            <w:r>
              <w:rPr>
                <w:b/>
                <w:color w:val="FFFFFF"/>
                <w:sz w:val="20"/>
              </w:rPr>
              <w:t>What you own</w:t>
            </w:r>
          </w:p>
        </w:tc>
        <w:tc>
          <w:tcPr>
            <w:tcW w:type="dxa" w:w="1701"/>
            <w:shd w:val="clear" w:color="auto" w:fill="1F3A5F"/>
          </w:tcPr>
          <w:p>
            <w:pPr>
              <w:keepNext/>
            </w:pPr>
            <w:r/>
            <w:r>
              <w:rPr>
                <w:b/>
                <w:color w:val="FFFFFF"/>
                <w:sz w:val="20"/>
              </w:rPr>
              <w:t>Value</w:t>
            </w:r>
          </w:p>
        </w:tc>
        <w:tc>
          <w:tcPr>
            <w:tcW w:type="dxa" w:w="3061"/>
            <w:shd w:val="clear" w:color="auto" w:fill="1F3A5F"/>
          </w:tcPr>
          <w:p>
            <w:pPr>
              <w:keepNext/>
            </w:pPr>
            <w:r/>
            <w:r>
              <w:rPr>
                <w:b/>
                <w:color w:val="FFFFFF"/>
                <w:sz w:val="20"/>
              </w:rPr>
              <w:t>What you owe</w:t>
            </w:r>
          </w:p>
        </w:tc>
        <w:tc>
          <w:tcPr>
            <w:tcW w:type="dxa" w:w="1928"/>
            <w:shd w:val="clear" w:color="auto" w:fill="1F3A5F"/>
          </w:tcPr>
          <w:p>
            <w:pPr>
              <w:keepNext/>
            </w:pPr>
            <w:r/>
            <w:r>
              <w:rPr>
                <w:b/>
                <w:color w:val="FFFFFF"/>
                <w:sz w:val="20"/>
              </w:rPr>
              <w:t>Amount</w:t>
            </w:r>
          </w:p>
        </w:tc>
      </w:tr>
      <w:tr>
        <w:trPr>
          <w:cantSplit w:val="true"/>
        </w:trPr>
        <w:tc>
          <w:tcPr>
            <w:tcW w:type="dxa" w:w="3061"/>
          </w:tcPr>
          <w:p>
            <w:pPr>
              <w:keepNext/>
            </w:pPr>
            <w:r>
              <w:rPr>
                <w:sz w:val="20"/>
              </w:rPr>
              <w:t>Cash and bank accounts</w:t>
            </w:r>
          </w:p>
        </w:tc>
        <w:tc>
          <w:tcPr>
            <w:tcW w:type="dxa" w:w="1701"/>
          </w:tcPr>
          <w:p>
            <w:pPr>
              <w:keepNext/>
            </w:pPr>
            <w:r>
              <w:rPr>
                <w:sz w:val="20"/>
              </w:rPr>
              <w:t>[$]</w:t>
            </w:r>
          </w:p>
        </w:tc>
        <w:tc>
          <w:tcPr>
            <w:tcW w:type="dxa" w:w="3061"/>
          </w:tcPr>
          <w:p>
            <w:pPr>
              <w:keepNext/>
            </w:pPr>
            <w:r>
              <w:rPr>
                <w:sz w:val="20"/>
              </w:rPr>
              <w:t>Operating debt</w:t>
            </w:r>
          </w:p>
        </w:tc>
        <w:tc>
          <w:tcPr>
            <w:tcW w:type="dxa" w:w="1928"/>
          </w:tcPr>
          <w:p>
            <w:pPr>
              <w:keepNext/>
            </w:pPr>
            <w:r>
              <w:rPr>
                <w:sz w:val="20"/>
              </w:rPr>
              <w:t>[$]</w:t>
            </w:r>
          </w:p>
        </w:tc>
      </w:tr>
      <w:tr>
        <w:trPr>
          <w:cantSplit w:val="true"/>
        </w:trPr>
        <w:tc>
          <w:tcPr>
            <w:tcW w:type="dxa" w:w="3061"/>
          </w:tcPr>
          <w:p>
            <w:pPr>
              <w:keepNext/>
            </w:pPr>
            <w:r>
              <w:rPr>
                <w:sz w:val="20"/>
              </w:rPr>
              <w:t>Inventories of crops and livestock</w:t>
            </w:r>
          </w:p>
        </w:tc>
        <w:tc>
          <w:tcPr>
            <w:tcW w:type="dxa" w:w="1701"/>
          </w:tcPr>
          <w:p>
            <w:pPr>
              <w:keepNext/>
            </w:pPr>
            <w:r>
              <w:rPr>
                <w:sz w:val="20"/>
              </w:rPr>
              <w:t>[$]</w:t>
            </w:r>
          </w:p>
        </w:tc>
        <w:tc>
          <w:tcPr>
            <w:tcW w:type="dxa" w:w="3061"/>
          </w:tcPr>
          <w:p>
            <w:pPr>
              <w:keepNext/>
            </w:pPr>
            <w:r>
              <w:rPr>
                <w:sz w:val="20"/>
              </w:rPr>
              <w:t>Equipment loans</w:t>
            </w:r>
          </w:p>
        </w:tc>
        <w:tc>
          <w:tcPr>
            <w:tcW w:type="dxa" w:w="1928"/>
          </w:tcPr>
          <w:p>
            <w:pPr>
              <w:keepNext/>
            </w:pPr>
            <w:r>
              <w:rPr>
                <w:sz w:val="20"/>
              </w:rPr>
              <w:t>[$]</w:t>
            </w:r>
          </w:p>
        </w:tc>
      </w:tr>
      <w:tr>
        <w:trPr>
          <w:cantSplit w:val="true"/>
        </w:trPr>
        <w:tc>
          <w:tcPr>
            <w:tcW w:type="dxa" w:w="3061"/>
          </w:tcPr>
          <w:p>
            <w:pPr>
              <w:keepNext/>
            </w:pPr>
            <w:r>
              <w:rPr>
                <w:sz w:val="20"/>
              </w:rPr>
              <w:t>Equipment and vehicles</w:t>
            </w:r>
          </w:p>
        </w:tc>
        <w:tc>
          <w:tcPr>
            <w:tcW w:type="dxa" w:w="1701"/>
          </w:tcPr>
          <w:p>
            <w:pPr>
              <w:keepNext/>
            </w:pPr>
            <w:r>
              <w:rPr>
                <w:sz w:val="20"/>
              </w:rPr>
              <w:t>[$]</w:t>
            </w:r>
          </w:p>
        </w:tc>
        <w:tc>
          <w:tcPr>
            <w:tcW w:type="dxa" w:w="3061"/>
          </w:tcPr>
          <w:p>
            <w:pPr>
              <w:keepNext/>
            </w:pPr>
            <w:r>
              <w:rPr>
                <w:sz w:val="20"/>
              </w:rPr>
              <w:t>Real estate loans</w:t>
            </w:r>
          </w:p>
        </w:tc>
        <w:tc>
          <w:tcPr>
            <w:tcW w:type="dxa" w:w="1928"/>
          </w:tcPr>
          <w:p>
            <w:pPr>
              <w:keepNext/>
            </w:pPr>
            <w:r>
              <w:rPr>
                <w:sz w:val="20"/>
              </w:rPr>
              <w:t>[$]</w:t>
            </w:r>
          </w:p>
        </w:tc>
      </w:tr>
      <w:tr>
        <w:trPr>
          <w:cantSplit w:val="true"/>
        </w:trPr>
        <w:tc>
          <w:tcPr>
            <w:tcW w:type="dxa" w:w="3061"/>
          </w:tcPr>
          <w:p>
            <w:pPr>
              <w:keepNext/>
            </w:pPr>
            <w:r>
              <w:rPr>
                <w:sz w:val="20"/>
              </w:rPr>
              <w:t>Land and buildings</w:t>
            </w:r>
          </w:p>
        </w:tc>
        <w:tc>
          <w:tcPr>
            <w:tcW w:type="dxa" w:w="1701"/>
          </w:tcPr>
          <w:p>
            <w:pPr>
              <w:keepNext/>
            </w:pPr>
            <w:r>
              <w:rPr>
                <w:sz w:val="20"/>
              </w:rPr>
              <w:t>[$]</w:t>
            </w:r>
          </w:p>
        </w:tc>
        <w:tc>
          <w:tcPr>
            <w:tcW w:type="dxa" w:w="3061"/>
          </w:tcPr>
          <w:p>
            <w:pPr>
              <w:keepNext/>
            </w:pPr>
            <w:r>
              <w:rPr>
                <w:sz w:val="20"/>
              </w:rPr>
              <w:t>Other debts</w:t>
            </w:r>
          </w:p>
        </w:tc>
        <w:tc>
          <w:tcPr>
            <w:tcW w:type="dxa" w:w="1928"/>
          </w:tcPr>
          <w:p>
            <w:pPr>
              <w:keepNext/>
            </w:pPr>
            <w:r>
              <w:rPr>
                <w:sz w:val="20"/>
              </w:rPr>
              <w:t>[$]</w:t>
            </w:r>
          </w:p>
        </w:tc>
      </w:tr>
      <w:tr>
        <w:trPr>
          <w:cantSplit w:val="true"/>
        </w:trPr>
        <w:tc>
          <w:tcPr>
            <w:tcW w:type="dxa" w:w="3061"/>
          </w:tcPr>
          <w:p>
            <w:pPr>
              <w:keepNext/>
            </w:pPr>
            <w:r>
              <w:rPr>
                <w:sz w:val="20"/>
              </w:rPr>
              <w:t>Other assets</w:t>
            </w:r>
          </w:p>
        </w:tc>
        <w:tc>
          <w:tcPr>
            <w:tcW w:type="dxa" w:w="1701"/>
          </w:tcPr>
          <w:p>
            <w:pPr>
              <w:keepNext/>
            </w:pPr>
            <w:r>
              <w:rPr>
                <w:sz w:val="20"/>
              </w:rPr>
              <w:t>[$]</w:t>
            </w:r>
          </w:p>
        </w:tc>
        <w:tc>
          <w:tcPr>
            <w:tcW w:type="dxa" w:w="3061"/>
          </w:tcPr>
          <w:p>
            <w:pPr>
              <w:keepNext/>
            </w:pPr>
            <w:r>
              <w:rPr>
                <w:sz w:val="20"/>
              </w:rPr>
            </w:r>
          </w:p>
        </w:tc>
        <w:tc>
          <w:tcPr>
            <w:tcW w:type="dxa" w:w="1928"/>
          </w:tcPr>
          <w:p>
            <w:pPr>
              <w:keepNext/>
            </w:pPr>
            <w:r>
              <w:rPr>
                <w:sz w:val="20"/>
              </w:rPr>
            </w:r>
          </w:p>
        </w:tc>
      </w:tr>
      <w:tr>
        <w:trPr>
          <w:cantSplit w:val="true"/>
        </w:trPr>
        <w:tc>
          <w:tcPr>
            <w:tcW w:type="dxa" w:w="3061"/>
          </w:tcPr>
          <w:p>
            <w:r>
              <w:rPr>
                <w:b/>
                <w:sz w:val="20"/>
              </w:rPr>
              <w:t>Total assets</w:t>
            </w:r>
          </w:p>
        </w:tc>
        <w:tc>
          <w:tcPr>
            <w:tcW w:type="dxa" w:w="1701"/>
          </w:tcPr>
          <w:p>
            <w:r>
              <w:rPr>
                <w:b/>
                <w:sz w:val="20"/>
              </w:rPr>
              <w:t>[$]</w:t>
            </w:r>
          </w:p>
        </w:tc>
        <w:tc>
          <w:tcPr>
            <w:tcW w:type="dxa" w:w="3061"/>
          </w:tcPr>
          <w:p>
            <w:r>
              <w:rPr>
                <w:b/>
                <w:sz w:val="20"/>
              </w:rPr>
              <w:t>Total debts</w:t>
            </w:r>
          </w:p>
        </w:tc>
        <w:tc>
          <w:tcPr>
            <w:tcW w:type="dxa" w:w="1928"/>
          </w:tcPr>
          <w:p>
            <w:r>
              <w:rPr>
                <w:b/>
                <w:sz w:val="20"/>
              </w:rPr>
              <w:t>[$]</w:t>
            </w:r>
          </w:p>
        </w:tc>
      </w:tr>
    </w:tbl>
    <w:p>
      <w:pPr>
        <w:spacing w:after="40"/>
      </w:pPr>
    </w:p>
    <w:p>
      <w:r>
        <w:rPr>
          <w:b w:val="0"/>
          <w:i w:val="0"/>
        </w:rPr>
        <w:t>Net worth (total assets − total debts): [$].</w:t>
      </w:r>
    </w:p>
    <w:p>
      <w:pPr>
        <w:pStyle w:val="Heading2"/>
      </w:pPr>
      <w:r>
        <w:t>8.2 Cash flow budget</w:t>
      </w:r>
    </w:p>
    <w:p>
      <w:pPr>
        <w:spacing w:after="80"/>
      </w:pPr>
      <w:r>
        <w:rPr>
          <w:b w:val="0"/>
          <w:i/>
          <w:color w:val="555555"/>
        </w:rPr>
        <w:t>FSA defines it this way (7 CFR 761.2, current as of 2026-10-16): “Cash flow budget is a projection listing all anticipated cash inflows (including all farm income, nonfarm income and all loan advances) and all cash outflows (including all farm and nonfarm debt service and other expenses) to be incurred during the period of the budget.” It may be completed for a 12-month period, “a typical production cycle” or the life of the loan, as appropriate. Pick the period your FSA office or lender asks for.</w:t>
      </w:r>
    </w:p>
    <w:p>
      <w:pPr>
        <w:keepNext/>
        <w:spacing w:after="40"/>
      </w:pPr>
      <w:r>
        <w:rPr>
          <w:b/>
          <w:i w:val="0"/>
          <w:sz w:val="20"/>
        </w:rPr>
        <w:t>Cash flow budget for [period]</w:t>
      </w:r>
    </w:p>
    <w:tbl>
      <w:tblPr>
        <w:tblStyle w:val="TableGrid"/>
        <w:tblW w:type="auto" w:w="0"/>
        <w:jc w:val="center"/>
        <w:tblLayout w:type="fixed"/>
        <w:tblLook w:firstColumn="1" w:firstRow="1" w:lastColumn="0" w:lastRow="0" w:noHBand="0" w:noVBand="1" w:val="04A0"/>
      </w:tblPr>
      <w:tblGrid>
        <w:gridCol w:w="2835"/>
        <w:gridCol w:w="2041"/>
        <w:gridCol w:w="3175"/>
        <w:gridCol w:w="1701"/>
      </w:tblGrid>
      <w:tr>
        <w:trPr>
          <w:tblHeader w:val="true"/>
          <w:cantSplit w:val="true"/>
        </w:trPr>
        <w:tc>
          <w:tcPr>
            <w:tcW w:type="dxa" w:w="2835"/>
            <w:shd w:val="clear" w:color="auto" w:fill="1F3A5F"/>
          </w:tcPr>
          <w:p>
            <w:pPr>
              <w:keepNext/>
            </w:pPr>
            <w:r/>
            <w:r>
              <w:rPr>
                <w:b/>
                <w:color w:val="FFFFFF"/>
                <w:sz w:val="20"/>
              </w:rPr>
              <w:t>Inflows</w:t>
            </w:r>
          </w:p>
        </w:tc>
        <w:tc>
          <w:tcPr>
            <w:tcW w:type="dxa" w:w="2041"/>
            <w:shd w:val="clear" w:color="auto" w:fill="1F3A5F"/>
          </w:tcPr>
          <w:p>
            <w:pPr>
              <w:keepNext/>
            </w:pPr>
            <w:r/>
            <w:r>
              <w:rPr>
                <w:b/>
                <w:color w:val="FFFFFF"/>
                <w:sz w:val="20"/>
              </w:rPr>
              <w:t>Amount</w:t>
            </w:r>
          </w:p>
        </w:tc>
        <w:tc>
          <w:tcPr>
            <w:tcW w:type="dxa" w:w="3175"/>
            <w:shd w:val="clear" w:color="auto" w:fill="1F3A5F"/>
          </w:tcPr>
          <w:p>
            <w:pPr>
              <w:keepNext/>
            </w:pPr>
            <w:r/>
            <w:r>
              <w:rPr>
                <w:b/>
                <w:color w:val="FFFFFF"/>
                <w:sz w:val="20"/>
              </w:rPr>
              <w:t>Outflows</w:t>
            </w:r>
          </w:p>
        </w:tc>
        <w:tc>
          <w:tcPr>
            <w:tcW w:type="dxa" w:w="1701"/>
            <w:shd w:val="clear" w:color="auto" w:fill="1F3A5F"/>
          </w:tcPr>
          <w:p>
            <w:pPr>
              <w:keepNext/>
            </w:pPr>
            <w:r/>
            <w:r>
              <w:rPr>
                <w:b/>
                <w:color w:val="FFFFFF"/>
                <w:sz w:val="20"/>
              </w:rPr>
              <w:t>Amount</w:t>
            </w:r>
          </w:p>
        </w:tc>
      </w:tr>
      <w:tr>
        <w:trPr>
          <w:cantSplit w:val="true"/>
        </w:trPr>
        <w:tc>
          <w:tcPr>
            <w:tcW w:type="dxa" w:w="2835"/>
          </w:tcPr>
          <w:p>
            <w:pPr>
              <w:keepNext/>
            </w:pPr>
            <w:r>
              <w:rPr>
                <w:sz w:val="20"/>
              </w:rPr>
              <w:t>Farm income, Enterprise 1</w:t>
            </w:r>
          </w:p>
        </w:tc>
        <w:tc>
          <w:tcPr>
            <w:tcW w:type="dxa" w:w="2041"/>
          </w:tcPr>
          <w:p>
            <w:pPr>
              <w:keepNext/>
            </w:pPr>
            <w:r>
              <w:rPr>
                <w:sz w:val="20"/>
              </w:rPr>
              <w:t>[$]</w:t>
            </w:r>
          </w:p>
        </w:tc>
        <w:tc>
          <w:tcPr>
            <w:tcW w:type="dxa" w:w="3175"/>
          </w:tcPr>
          <w:p>
            <w:pPr>
              <w:keepNext/>
            </w:pPr>
            <w:r>
              <w:rPr>
                <w:sz w:val="20"/>
              </w:rPr>
              <w:t>Farm operating expenses</w:t>
            </w:r>
          </w:p>
        </w:tc>
        <w:tc>
          <w:tcPr>
            <w:tcW w:type="dxa" w:w="1701"/>
          </w:tcPr>
          <w:p>
            <w:pPr>
              <w:keepNext/>
            </w:pPr>
            <w:r>
              <w:rPr>
                <w:sz w:val="20"/>
              </w:rPr>
              <w:t>[$]</w:t>
            </w:r>
          </w:p>
        </w:tc>
      </w:tr>
      <w:tr>
        <w:trPr>
          <w:cantSplit w:val="true"/>
        </w:trPr>
        <w:tc>
          <w:tcPr>
            <w:tcW w:type="dxa" w:w="2835"/>
          </w:tcPr>
          <w:p>
            <w:pPr>
              <w:keepNext/>
            </w:pPr>
            <w:r>
              <w:rPr>
                <w:sz w:val="20"/>
              </w:rPr>
              <w:t>Farm income, Enterprise 2</w:t>
            </w:r>
          </w:p>
        </w:tc>
        <w:tc>
          <w:tcPr>
            <w:tcW w:type="dxa" w:w="2041"/>
          </w:tcPr>
          <w:p>
            <w:pPr>
              <w:keepNext/>
            </w:pPr>
            <w:r>
              <w:rPr>
                <w:sz w:val="20"/>
              </w:rPr>
              <w:t>[$]</w:t>
            </w:r>
          </w:p>
        </w:tc>
        <w:tc>
          <w:tcPr>
            <w:tcW w:type="dxa" w:w="3175"/>
          </w:tcPr>
          <w:p>
            <w:pPr>
              <w:keepNext/>
            </w:pPr>
            <w:r>
              <w:rPr>
                <w:sz w:val="20"/>
              </w:rPr>
              <w:t>Household living</w:t>
            </w:r>
          </w:p>
        </w:tc>
        <w:tc>
          <w:tcPr>
            <w:tcW w:type="dxa" w:w="1701"/>
          </w:tcPr>
          <w:p>
            <w:pPr>
              <w:keepNext/>
            </w:pPr>
            <w:r>
              <w:rPr>
                <w:sz w:val="20"/>
              </w:rPr>
              <w:t>[$]</w:t>
            </w:r>
          </w:p>
        </w:tc>
      </w:tr>
      <w:tr>
        <w:trPr>
          <w:cantSplit w:val="true"/>
        </w:trPr>
        <w:tc>
          <w:tcPr>
            <w:tcW w:type="dxa" w:w="2835"/>
          </w:tcPr>
          <w:p>
            <w:pPr>
              <w:keepNext/>
            </w:pPr>
            <w:r>
              <w:rPr>
                <w:sz w:val="20"/>
              </w:rPr>
              <w:t>Non-farm income</w:t>
            </w:r>
          </w:p>
        </w:tc>
        <w:tc>
          <w:tcPr>
            <w:tcW w:type="dxa" w:w="2041"/>
          </w:tcPr>
          <w:p>
            <w:pPr>
              <w:keepNext/>
            </w:pPr>
            <w:r>
              <w:rPr>
                <w:sz w:val="20"/>
              </w:rPr>
              <w:t>[$]</w:t>
            </w:r>
          </w:p>
        </w:tc>
        <w:tc>
          <w:tcPr>
            <w:tcW w:type="dxa" w:w="3175"/>
          </w:tcPr>
          <w:p>
            <w:pPr>
              <w:keepNext/>
            </w:pPr>
            <w:r>
              <w:rPr>
                <w:sz w:val="20"/>
              </w:rPr>
              <w:t>Income and self-employment taxes</w:t>
            </w:r>
          </w:p>
        </w:tc>
        <w:tc>
          <w:tcPr>
            <w:tcW w:type="dxa" w:w="1701"/>
          </w:tcPr>
          <w:p>
            <w:pPr>
              <w:keepNext/>
            </w:pPr>
            <w:r>
              <w:rPr>
                <w:sz w:val="20"/>
              </w:rPr>
              <w:t>[$]</w:t>
            </w:r>
          </w:p>
        </w:tc>
      </w:tr>
      <w:tr>
        <w:trPr>
          <w:cantSplit w:val="true"/>
        </w:trPr>
        <w:tc>
          <w:tcPr>
            <w:tcW w:type="dxa" w:w="2835"/>
          </w:tcPr>
          <w:p>
            <w:pPr>
              <w:keepNext/>
            </w:pPr>
            <w:r>
              <w:rPr>
                <w:sz w:val="20"/>
              </w:rPr>
              <w:t>Loan advances</w:t>
            </w:r>
          </w:p>
        </w:tc>
        <w:tc>
          <w:tcPr>
            <w:tcW w:type="dxa" w:w="2041"/>
          </w:tcPr>
          <w:p>
            <w:pPr>
              <w:keepNext/>
            </w:pPr>
            <w:r>
              <w:rPr>
                <w:sz w:val="20"/>
              </w:rPr>
              <w:t>[$]</w:t>
            </w:r>
          </w:p>
        </w:tc>
        <w:tc>
          <w:tcPr>
            <w:tcW w:type="dxa" w:w="3175"/>
          </w:tcPr>
          <w:p>
            <w:pPr>
              <w:keepNext/>
            </w:pPr>
            <w:r>
              <w:rPr>
                <w:sz w:val="20"/>
              </w:rPr>
              <w:t>Existing debt payments</w:t>
            </w:r>
          </w:p>
        </w:tc>
        <w:tc>
          <w:tcPr>
            <w:tcW w:type="dxa" w:w="1701"/>
          </w:tcPr>
          <w:p>
            <w:pPr>
              <w:keepNext/>
            </w:pPr>
            <w:r>
              <w:rPr>
                <w:sz w:val="20"/>
              </w:rPr>
              <w:t>[$]</w:t>
            </w:r>
          </w:p>
        </w:tc>
      </w:tr>
      <w:tr>
        <w:trPr>
          <w:cantSplit w:val="true"/>
        </w:trPr>
        <w:tc>
          <w:tcPr>
            <w:tcW w:type="dxa" w:w="2835"/>
          </w:tcPr>
          <w:p>
            <w:pPr>
              <w:keepNext/>
            </w:pPr>
            <w:r>
              <w:rPr>
                <w:sz w:val="20"/>
              </w:rPr>
              <w:t>Other inflows</w:t>
            </w:r>
          </w:p>
        </w:tc>
        <w:tc>
          <w:tcPr>
            <w:tcW w:type="dxa" w:w="2041"/>
          </w:tcPr>
          <w:p>
            <w:pPr>
              <w:keepNext/>
            </w:pPr>
            <w:r>
              <w:rPr>
                <w:sz w:val="20"/>
              </w:rPr>
              <w:t>[$]</w:t>
            </w:r>
          </w:p>
        </w:tc>
        <w:tc>
          <w:tcPr>
            <w:tcW w:type="dxa" w:w="3175"/>
          </w:tcPr>
          <w:p>
            <w:pPr>
              <w:keepNext/>
            </w:pPr>
            <w:r>
              <w:rPr>
                <w:sz w:val="20"/>
              </w:rPr>
              <w:t>New loan payment</w:t>
            </w:r>
          </w:p>
        </w:tc>
        <w:tc>
          <w:tcPr>
            <w:tcW w:type="dxa" w:w="1701"/>
          </w:tcPr>
          <w:p>
            <w:pPr>
              <w:keepNext/>
            </w:pPr>
            <w:r>
              <w:rPr>
                <w:sz w:val="20"/>
              </w:rPr>
              <w:t>[$]</w:t>
            </w:r>
          </w:p>
        </w:tc>
      </w:tr>
      <w:tr>
        <w:trPr>
          <w:cantSplit w:val="true"/>
        </w:trPr>
        <w:tc>
          <w:tcPr>
            <w:tcW w:type="dxa" w:w="2835"/>
          </w:tcPr>
          <w:p>
            <w:pPr>
              <w:keepNext/>
            </w:pPr>
            <w:r>
              <w:rPr>
                <w:sz w:val="20"/>
              </w:rPr>
            </w:r>
          </w:p>
        </w:tc>
        <w:tc>
          <w:tcPr>
            <w:tcW w:type="dxa" w:w="2041"/>
          </w:tcPr>
          <w:p>
            <w:pPr>
              <w:keepNext/>
            </w:pPr>
            <w:r>
              <w:rPr>
                <w:sz w:val="20"/>
              </w:rPr>
            </w:r>
          </w:p>
        </w:tc>
        <w:tc>
          <w:tcPr>
            <w:tcW w:type="dxa" w:w="3175"/>
          </w:tcPr>
          <w:p>
            <w:pPr>
              <w:keepNext/>
            </w:pPr>
            <w:r>
              <w:rPr>
                <w:sz w:val="20"/>
              </w:rPr>
              <w:t>Other outflows</w:t>
            </w:r>
          </w:p>
        </w:tc>
        <w:tc>
          <w:tcPr>
            <w:tcW w:type="dxa" w:w="1701"/>
          </w:tcPr>
          <w:p>
            <w:pPr>
              <w:keepNext/>
            </w:pPr>
            <w:r>
              <w:rPr>
                <w:sz w:val="20"/>
              </w:rPr>
              <w:t>[$]</w:t>
            </w:r>
          </w:p>
        </w:tc>
      </w:tr>
      <w:tr>
        <w:trPr>
          <w:cantSplit w:val="true"/>
        </w:trPr>
        <w:tc>
          <w:tcPr>
            <w:tcW w:type="dxa" w:w="2835"/>
          </w:tcPr>
          <w:p>
            <w:r>
              <w:rPr>
                <w:b/>
                <w:sz w:val="20"/>
              </w:rPr>
              <w:t>Total inflows</w:t>
            </w:r>
          </w:p>
        </w:tc>
        <w:tc>
          <w:tcPr>
            <w:tcW w:type="dxa" w:w="2041"/>
          </w:tcPr>
          <w:p>
            <w:r>
              <w:rPr>
                <w:b/>
                <w:sz w:val="20"/>
              </w:rPr>
              <w:t>[$]</w:t>
            </w:r>
          </w:p>
        </w:tc>
        <w:tc>
          <w:tcPr>
            <w:tcW w:type="dxa" w:w="3175"/>
          </w:tcPr>
          <w:p>
            <w:r>
              <w:rPr>
                <w:b/>
                <w:sz w:val="20"/>
              </w:rPr>
              <w:t>Total outflows</w:t>
            </w:r>
          </w:p>
        </w:tc>
        <w:tc>
          <w:tcPr>
            <w:tcW w:type="dxa" w:w="1701"/>
          </w:tcPr>
          <w:p>
            <w:r>
              <w:rPr>
                <w:b/>
                <w:sz w:val="20"/>
              </w:rPr>
              <w:t>[$]</w:t>
            </w:r>
          </w:p>
        </w:tc>
      </w:tr>
    </w:tbl>
    <w:p>
      <w:pPr>
        <w:spacing w:after="40"/>
      </w:pPr>
    </w:p>
    <w:p>
      <w:r>
        <w:rPr>
          <w:b w:val="0"/>
          <w:i w:val="0"/>
        </w:rPr>
        <w:t>Result: total inflows − total outflows = [$].</w:t>
      </w:r>
    </w:p>
    <w:p>
      <w:pPr>
        <w:spacing w:after="80"/>
      </w:pPr>
      <w:r>
        <w:rPr>
          <w:b w:val="0"/>
          <w:i/>
          <w:color w:val="555555"/>
        </w:rPr>
        <w:t>FSA's definition: “Feasible plan means when an applicant or borrower's cash flow budget or farm operating plan indicates that there is sufficient cash inflow to pay all cash outflow.” (7 CFR 761.2). The rule asks FSA to consider a reasonable cash flow margin (7 CFR 761.104(f)) and states no amount. Ask your FSA office.</w:t>
      </w:r>
    </w:p>
    <w:p>
      <w:pPr>
        <w:keepNext/>
        <w:spacing w:after="80"/>
      </w:pPr>
      <w:r>
        <w:rPr>
          <w:b w:val="0"/>
          <w:i/>
          <w:color w:val="555555"/>
        </w:rPr>
        <w:t>Monthly version. FSA's rules describe a monthly cash flow budget as one with a breakdown of cash inflows and outflows for each month and the expected outstanding operating credit balance at the end of each month (7 CFR 761.2). Write the month your harvest and sales fall in yourself; the blank grid supplies no pattern.</w:t>
      </w:r>
    </w:p>
    <w:p>
      <w:pPr>
        <w:keepNext/>
        <w:spacing w:after="40"/>
      </w:pPr>
      <w:r>
        <w:rPr>
          <w:b/>
          <w:i w:val="0"/>
          <w:sz w:val="20"/>
        </w:rPr>
        <w:t>Monthly cash flow budget</w:t>
      </w:r>
    </w:p>
    <w:tbl>
      <w:tblPr>
        <w:tblStyle w:val="TableGrid"/>
        <w:tblW w:type="auto" w:w="0"/>
        <w:jc w:val="center"/>
        <w:tblLayout w:type="fixed"/>
        <w:tblLook w:firstColumn="1" w:firstRow="1" w:lastColumn="0" w:lastRow="0" w:noHBand="0" w:noVBand="1" w:val="04A0"/>
      </w:tblPr>
      <w:tblGrid>
        <w:gridCol w:w="2154"/>
        <w:gridCol w:w="635"/>
        <w:gridCol w:w="635"/>
        <w:gridCol w:w="635"/>
        <w:gridCol w:w="635"/>
        <w:gridCol w:w="635"/>
        <w:gridCol w:w="635"/>
        <w:gridCol w:w="635"/>
        <w:gridCol w:w="635"/>
        <w:gridCol w:w="635"/>
        <w:gridCol w:w="635"/>
        <w:gridCol w:w="635"/>
        <w:gridCol w:w="635"/>
      </w:tblGrid>
      <w:tr>
        <w:trPr>
          <w:tblHeader w:val="true"/>
          <w:cantSplit w:val="true"/>
        </w:trPr>
        <w:tc>
          <w:tcPr>
            <w:tcW w:type="dxa" w:w="2154"/>
            <w:shd w:val="clear" w:color="auto" w:fill="1F3A5F"/>
          </w:tcPr>
          <w:p>
            <w:pPr>
              <w:keepNext/>
            </w:pPr>
            <w:r/>
            <w:r>
              <w:rPr>
                <w:b/>
                <w:color w:val="FFFFFF"/>
                <w:sz w:val="16"/>
              </w:rPr>
              <w:t>Month</w:t>
            </w:r>
          </w:p>
        </w:tc>
        <w:tc>
          <w:tcPr>
            <w:tcW w:type="dxa" w:w="635"/>
            <w:shd w:val="clear" w:color="auto" w:fill="1F3A5F"/>
          </w:tcPr>
          <w:p>
            <w:pPr>
              <w:keepNext/>
            </w:pPr>
            <w:r/>
            <w:r>
              <w:rPr>
                <w:b/>
                <w:color w:val="FFFFFF"/>
                <w:sz w:val="16"/>
              </w:rPr>
              <w:t>1</w:t>
            </w:r>
          </w:p>
        </w:tc>
        <w:tc>
          <w:tcPr>
            <w:tcW w:type="dxa" w:w="635"/>
            <w:shd w:val="clear" w:color="auto" w:fill="1F3A5F"/>
          </w:tcPr>
          <w:p>
            <w:pPr>
              <w:keepNext/>
            </w:pPr>
            <w:r/>
            <w:r>
              <w:rPr>
                <w:b/>
                <w:color w:val="FFFFFF"/>
                <w:sz w:val="16"/>
              </w:rPr>
              <w:t>2</w:t>
            </w:r>
          </w:p>
        </w:tc>
        <w:tc>
          <w:tcPr>
            <w:tcW w:type="dxa" w:w="635"/>
            <w:shd w:val="clear" w:color="auto" w:fill="1F3A5F"/>
          </w:tcPr>
          <w:p>
            <w:pPr>
              <w:keepNext/>
            </w:pPr>
            <w:r/>
            <w:r>
              <w:rPr>
                <w:b/>
                <w:color w:val="FFFFFF"/>
                <w:sz w:val="16"/>
              </w:rPr>
              <w:t>3</w:t>
            </w:r>
          </w:p>
        </w:tc>
        <w:tc>
          <w:tcPr>
            <w:tcW w:type="dxa" w:w="635"/>
            <w:shd w:val="clear" w:color="auto" w:fill="1F3A5F"/>
          </w:tcPr>
          <w:p>
            <w:pPr>
              <w:keepNext/>
            </w:pPr>
            <w:r/>
            <w:r>
              <w:rPr>
                <w:b/>
                <w:color w:val="FFFFFF"/>
                <w:sz w:val="16"/>
              </w:rPr>
              <w:t>4</w:t>
            </w:r>
          </w:p>
        </w:tc>
        <w:tc>
          <w:tcPr>
            <w:tcW w:type="dxa" w:w="635"/>
            <w:shd w:val="clear" w:color="auto" w:fill="1F3A5F"/>
          </w:tcPr>
          <w:p>
            <w:pPr>
              <w:keepNext/>
            </w:pPr>
            <w:r/>
            <w:r>
              <w:rPr>
                <w:b/>
                <w:color w:val="FFFFFF"/>
                <w:sz w:val="16"/>
              </w:rPr>
              <w:t>5</w:t>
            </w:r>
          </w:p>
        </w:tc>
        <w:tc>
          <w:tcPr>
            <w:tcW w:type="dxa" w:w="635"/>
            <w:shd w:val="clear" w:color="auto" w:fill="1F3A5F"/>
          </w:tcPr>
          <w:p>
            <w:pPr>
              <w:keepNext/>
            </w:pPr>
            <w:r/>
            <w:r>
              <w:rPr>
                <w:b/>
                <w:color w:val="FFFFFF"/>
                <w:sz w:val="16"/>
              </w:rPr>
              <w:t>6</w:t>
            </w:r>
          </w:p>
        </w:tc>
        <w:tc>
          <w:tcPr>
            <w:tcW w:type="dxa" w:w="635"/>
            <w:shd w:val="clear" w:color="auto" w:fill="1F3A5F"/>
          </w:tcPr>
          <w:p>
            <w:pPr>
              <w:keepNext/>
            </w:pPr>
            <w:r/>
            <w:r>
              <w:rPr>
                <w:b/>
                <w:color w:val="FFFFFF"/>
                <w:sz w:val="16"/>
              </w:rPr>
              <w:t>7</w:t>
            </w:r>
          </w:p>
        </w:tc>
        <w:tc>
          <w:tcPr>
            <w:tcW w:type="dxa" w:w="635"/>
            <w:shd w:val="clear" w:color="auto" w:fill="1F3A5F"/>
          </w:tcPr>
          <w:p>
            <w:pPr>
              <w:keepNext/>
            </w:pPr>
            <w:r/>
            <w:r>
              <w:rPr>
                <w:b/>
                <w:color w:val="FFFFFF"/>
                <w:sz w:val="16"/>
              </w:rPr>
              <w:t>8</w:t>
            </w:r>
          </w:p>
        </w:tc>
        <w:tc>
          <w:tcPr>
            <w:tcW w:type="dxa" w:w="635"/>
            <w:shd w:val="clear" w:color="auto" w:fill="1F3A5F"/>
          </w:tcPr>
          <w:p>
            <w:pPr>
              <w:keepNext/>
            </w:pPr>
            <w:r/>
            <w:r>
              <w:rPr>
                <w:b/>
                <w:color w:val="FFFFFF"/>
                <w:sz w:val="16"/>
              </w:rPr>
              <w:t>9</w:t>
            </w:r>
          </w:p>
        </w:tc>
        <w:tc>
          <w:tcPr>
            <w:tcW w:type="dxa" w:w="635"/>
            <w:shd w:val="clear" w:color="auto" w:fill="1F3A5F"/>
          </w:tcPr>
          <w:p>
            <w:pPr>
              <w:keepNext/>
            </w:pPr>
            <w:r/>
            <w:r>
              <w:rPr>
                <w:b/>
                <w:color w:val="FFFFFF"/>
                <w:sz w:val="16"/>
              </w:rPr>
              <w:t>10</w:t>
            </w:r>
          </w:p>
        </w:tc>
        <w:tc>
          <w:tcPr>
            <w:tcW w:type="dxa" w:w="635"/>
            <w:shd w:val="clear" w:color="auto" w:fill="1F3A5F"/>
          </w:tcPr>
          <w:p>
            <w:pPr>
              <w:keepNext/>
            </w:pPr>
            <w:r/>
            <w:r>
              <w:rPr>
                <w:b/>
                <w:color w:val="FFFFFF"/>
                <w:sz w:val="16"/>
              </w:rPr>
              <w:t>11</w:t>
            </w:r>
          </w:p>
        </w:tc>
        <w:tc>
          <w:tcPr>
            <w:tcW w:type="dxa" w:w="635"/>
            <w:shd w:val="clear" w:color="auto" w:fill="1F3A5F"/>
          </w:tcPr>
          <w:p>
            <w:pPr>
              <w:keepNext/>
            </w:pPr>
            <w:r/>
            <w:r>
              <w:rPr>
                <w:b/>
                <w:color w:val="FFFFFF"/>
                <w:sz w:val="16"/>
              </w:rPr>
              <w:t>12</w:t>
            </w:r>
          </w:p>
        </w:tc>
      </w:tr>
      <w:tr>
        <w:trPr>
          <w:cantSplit w:val="true"/>
        </w:trPr>
        <w:tc>
          <w:tcPr>
            <w:tcW w:type="dxa" w:w="2154"/>
          </w:tcPr>
          <w:p>
            <w:pPr>
              <w:keepNext/>
            </w:pPr>
            <w:r>
              <w:rPr>
                <w:sz w:val="16"/>
              </w:rPr>
              <w:t>Farm income</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r>
      <w:tr>
        <w:trPr>
          <w:cantSplit w:val="true"/>
        </w:trPr>
        <w:tc>
          <w:tcPr>
            <w:tcW w:type="dxa" w:w="2154"/>
          </w:tcPr>
          <w:p>
            <w:pPr>
              <w:keepNext/>
            </w:pPr>
            <w:r>
              <w:rPr>
                <w:sz w:val="16"/>
              </w:rPr>
              <w:t>Non-farm income</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r>
      <w:tr>
        <w:trPr>
          <w:cantSplit w:val="true"/>
        </w:trPr>
        <w:tc>
          <w:tcPr>
            <w:tcW w:type="dxa" w:w="2154"/>
          </w:tcPr>
          <w:p>
            <w:pPr>
              <w:keepNext/>
            </w:pPr>
            <w:r>
              <w:rPr>
                <w:sz w:val="16"/>
              </w:rPr>
              <w:t>Loan advances</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r>
      <w:tr>
        <w:trPr>
          <w:cantSplit w:val="true"/>
        </w:trPr>
        <w:tc>
          <w:tcPr>
            <w:tcW w:type="dxa" w:w="2154"/>
          </w:tcPr>
          <w:p>
            <w:pPr>
              <w:keepNext/>
            </w:pPr>
            <w:r>
              <w:rPr>
                <w:b/>
                <w:sz w:val="16"/>
              </w:rPr>
              <w:t>Total inflows</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r>
      <w:tr>
        <w:trPr>
          <w:cantSplit w:val="true"/>
        </w:trPr>
        <w:tc>
          <w:tcPr>
            <w:tcW w:type="dxa" w:w="2154"/>
          </w:tcPr>
          <w:p>
            <w:pPr>
              <w:keepNext/>
            </w:pPr>
            <w:r>
              <w:rPr>
                <w:sz w:val="16"/>
              </w:rPr>
              <w:t>Farm operating expenses</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r>
      <w:tr>
        <w:trPr>
          <w:cantSplit w:val="true"/>
        </w:trPr>
        <w:tc>
          <w:tcPr>
            <w:tcW w:type="dxa" w:w="2154"/>
          </w:tcPr>
          <w:p>
            <w:pPr>
              <w:keepNext/>
            </w:pPr>
            <w:r>
              <w:rPr>
                <w:sz w:val="16"/>
              </w:rPr>
              <w:t>Household living</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r>
      <w:tr>
        <w:trPr>
          <w:cantSplit w:val="true"/>
        </w:trPr>
        <w:tc>
          <w:tcPr>
            <w:tcW w:type="dxa" w:w="2154"/>
          </w:tcPr>
          <w:p>
            <w:pPr>
              <w:keepNext/>
            </w:pPr>
            <w:r>
              <w:rPr>
                <w:sz w:val="16"/>
              </w:rPr>
              <w:t>Taxes</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r>
      <w:tr>
        <w:trPr>
          <w:cantSplit w:val="true"/>
        </w:trPr>
        <w:tc>
          <w:tcPr>
            <w:tcW w:type="dxa" w:w="2154"/>
          </w:tcPr>
          <w:p>
            <w:pPr>
              <w:keepNext/>
            </w:pPr>
            <w:r>
              <w:rPr>
                <w:sz w:val="16"/>
              </w:rPr>
              <w:t>Existing debt payments</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r>
      <w:tr>
        <w:trPr>
          <w:cantSplit w:val="true"/>
        </w:trPr>
        <w:tc>
          <w:tcPr>
            <w:tcW w:type="dxa" w:w="2154"/>
          </w:tcPr>
          <w:p>
            <w:pPr>
              <w:keepNext/>
            </w:pPr>
            <w:r>
              <w:rPr>
                <w:sz w:val="16"/>
              </w:rPr>
              <w:t>New loan payment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c>
          <w:tcPr>
            <w:tcW w:type="dxa" w:w="635"/>
          </w:tcPr>
          <w:p>
            <w:pPr>
              <w:keepNext/>
            </w:pPr>
            <w:r>
              <w:rPr>
                <w:sz w:val="16"/>
              </w:rPr>
              <w:t>[$]</w:t>
            </w:r>
          </w:p>
        </w:tc>
      </w:tr>
      <w:tr>
        <w:trPr>
          <w:cantSplit w:val="true"/>
        </w:trPr>
        <w:tc>
          <w:tcPr>
            <w:tcW w:type="dxa" w:w="2154"/>
          </w:tcPr>
          <w:p>
            <w:pPr>
              <w:keepNext/>
            </w:pPr>
            <w:r>
              <w:rPr>
                <w:b/>
                <w:sz w:val="16"/>
              </w:rPr>
              <w:t>Total outflows</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r>
      <w:tr>
        <w:trPr>
          <w:cantSplit w:val="true"/>
        </w:trPr>
        <w:tc>
          <w:tcPr>
            <w:tcW w:type="dxa" w:w="2154"/>
          </w:tcPr>
          <w:p>
            <w:pPr>
              <w:keepNext/>
            </w:pPr>
            <w:r>
              <w:rPr>
                <w:b/>
                <w:sz w:val="16"/>
              </w:rPr>
              <w:t>Inflows − outflows</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c>
          <w:tcPr>
            <w:tcW w:type="dxa" w:w="635"/>
          </w:tcPr>
          <w:p>
            <w:pPr>
              <w:keepNext/>
            </w:pPr>
            <w:r>
              <w:rPr>
                <w:b/>
                <w:sz w:val="16"/>
              </w:rPr>
              <w:t>[$]</w:t>
            </w:r>
          </w:p>
        </w:tc>
      </w:tr>
      <w:tr>
        <w:trPr>
          <w:cantSplit w:val="true"/>
        </w:trPr>
        <w:tc>
          <w:tcPr>
            <w:tcW w:type="dxa" w:w="2154"/>
          </w:tcPr>
          <w:p>
            <w:r>
              <w:rPr>
                <w:sz w:val="16"/>
              </w:rPr>
              <w:t>Operating credit balance, end of month</w:t>
            </w:r>
          </w:p>
        </w:tc>
        <w:tc>
          <w:tcPr>
            <w:tcW w:type="dxa" w:w="635"/>
          </w:tcPr>
          <w:p>
            <w:r>
              <w:rPr>
                <w:sz w:val="16"/>
              </w:rPr>
              <w:t>[$]</w:t>
            </w:r>
          </w:p>
        </w:tc>
        <w:tc>
          <w:tcPr>
            <w:tcW w:type="dxa" w:w="635"/>
          </w:tcPr>
          <w:p>
            <w:r>
              <w:rPr>
                <w:sz w:val="16"/>
              </w:rPr>
              <w:t>[$]</w:t>
            </w:r>
          </w:p>
        </w:tc>
        <w:tc>
          <w:tcPr>
            <w:tcW w:type="dxa" w:w="635"/>
          </w:tcPr>
          <w:p>
            <w:r>
              <w:rPr>
                <w:sz w:val="16"/>
              </w:rPr>
              <w:t>[$]</w:t>
            </w:r>
          </w:p>
        </w:tc>
        <w:tc>
          <w:tcPr>
            <w:tcW w:type="dxa" w:w="635"/>
          </w:tcPr>
          <w:p>
            <w:r>
              <w:rPr>
                <w:sz w:val="16"/>
              </w:rPr>
              <w:t>[$]</w:t>
            </w:r>
          </w:p>
        </w:tc>
        <w:tc>
          <w:tcPr>
            <w:tcW w:type="dxa" w:w="635"/>
          </w:tcPr>
          <w:p>
            <w:r>
              <w:rPr>
                <w:sz w:val="16"/>
              </w:rPr>
              <w:t>[$]</w:t>
            </w:r>
          </w:p>
        </w:tc>
        <w:tc>
          <w:tcPr>
            <w:tcW w:type="dxa" w:w="635"/>
          </w:tcPr>
          <w:p>
            <w:r>
              <w:rPr>
                <w:sz w:val="16"/>
              </w:rPr>
              <w:t>[$]</w:t>
            </w:r>
          </w:p>
        </w:tc>
        <w:tc>
          <w:tcPr>
            <w:tcW w:type="dxa" w:w="635"/>
          </w:tcPr>
          <w:p>
            <w:r>
              <w:rPr>
                <w:sz w:val="16"/>
              </w:rPr>
              <w:t>[$]</w:t>
            </w:r>
          </w:p>
        </w:tc>
        <w:tc>
          <w:tcPr>
            <w:tcW w:type="dxa" w:w="635"/>
          </w:tcPr>
          <w:p>
            <w:r>
              <w:rPr>
                <w:sz w:val="16"/>
              </w:rPr>
              <w:t>[$]</w:t>
            </w:r>
          </w:p>
        </w:tc>
        <w:tc>
          <w:tcPr>
            <w:tcW w:type="dxa" w:w="635"/>
          </w:tcPr>
          <w:p>
            <w:r>
              <w:rPr>
                <w:sz w:val="16"/>
              </w:rPr>
              <w:t>[$]</w:t>
            </w:r>
          </w:p>
        </w:tc>
        <w:tc>
          <w:tcPr>
            <w:tcW w:type="dxa" w:w="635"/>
          </w:tcPr>
          <w:p>
            <w:r>
              <w:rPr>
                <w:sz w:val="16"/>
              </w:rPr>
              <w:t>[$]</w:t>
            </w:r>
          </w:p>
        </w:tc>
        <w:tc>
          <w:tcPr>
            <w:tcW w:type="dxa" w:w="635"/>
          </w:tcPr>
          <w:p>
            <w:r>
              <w:rPr>
                <w:sz w:val="16"/>
              </w:rPr>
              <w:t>[$]</w:t>
            </w:r>
          </w:p>
        </w:tc>
        <w:tc>
          <w:tcPr>
            <w:tcW w:type="dxa" w:w="635"/>
          </w:tcPr>
          <w:p>
            <w:r>
              <w:rPr>
                <w:sz w:val="16"/>
              </w:rPr>
              <w:t>[$]</w:t>
            </w:r>
          </w:p>
        </w:tc>
      </w:tr>
    </w:tbl>
    <w:p>
      <w:pPr>
        <w:spacing w:after="40"/>
      </w:pPr>
    </w:p>
    <w:p>
      <w:r>
        <w:rPr>
          <w:b w:val="0"/>
          <w:i w:val="0"/>
        </w:rPr>
        <w:t>Months in which the operating credit balance is highest: [ ].</w:t>
      </w:r>
    </w:p>
    <w:p>
      <w:pPr>
        <w:keepNext/>
        <w:spacing w:after="40"/>
      </w:pPr>
      <w:r>
        <w:rPr>
          <w:b/>
          <w:i/>
        </w:rPr>
        <w:t>Example — replace with your numbers. A hypothetical operation with made-up enterprises A and B, made-up units and a made-up price; no yield, price or cost here is typical or an FSA figure</w:t>
      </w:r>
    </w:p>
    <w:p>
      <w:pPr>
        <w:keepNext/>
        <w:spacing w:after="40"/>
      </w:pPr>
      <w:r>
        <w:rPr>
          <w:b/>
          <w:i w:val="0"/>
          <w:sz w:val="20"/>
        </w:rPr>
        <w:t>Example — replace with your numbers. Table C: an annual cash flow budget, made-up numbers.</w:t>
      </w:r>
    </w:p>
    <w:tbl>
      <w:tblPr>
        <w:tblStyle w:val="TableGrid"/>
        <w:tblW w:type="auto" w:w="0"/>
        <w:jc w:val="center"/>
        <w:tblLayout w:type="fixed"/>
        <w:tblLook w:firstColumn="1" w:firstRow="1" w:lastColumn="0" w:lastRow="0" w:noHBand="0" w:noVBand="1" w:val="04A0"/>
      </w:tblPr>
      <w:tblGrid>
        <w:gridCol w:w="2835"/>
        <w:gridCol w:w="1701"/>
        <w:gridCol w:w="3742"/>
        <w:gridCol w:w="1474"/>
      </w:tblGrid>
      <w:tr>
        <w:trPr>
          <w:tblHeader w:val="true"/>
          <w:cantSplit w:val="true"/>
        </w:trPr>
        <w:tc>
          <w:tcPr>
            <w:tcW w:type="dxa" w:w="2835"/>
            <w:shd w:val="clear" w:color="auto" w:fill="1F3A5F"/>
          </w:tcPr>
          <w:p>
            <w:pPr>
              <w:keepNext/>
            </w:pPr>
            <w:r/>
            <w:r>
              <w:rPr>
                <w:b/>
                <w:color w:val="FFFFFF"/>
                <w:sz w:val="20"/>
              </w:rPr>
              <w:t>Inflows</w:t>
            </w:r>
          </w:p>
        </w:tc>
        <w:tc>
          <w:tcPr>
            <w:tcW w:type="dxa" w:w="1701"/>
            <w:shd w:val="clear" w:color="auto" w:fill="1F3A5F"/>
          </w:tcPr>
          <w:p>
            <w:pPr>
              <w:keepNext/>
            </w:pPr>
            <w:r/>
            <w:r>
              <w:rPr>
                <w:b/>
                <w:color w:val="FFFFFF"/>
                <w:sz w:val="20"/>
              </w:rPr>
              <w:t>$</w:t>
            </w:r>
          </w:p>
        </w:tc>
        <w:tc>
          <w:tcPr>
            <w:tcW w:type="dxa" w:w="3742"/>
            <w:shd w:val="clear" w:color="auto" w:fill="1F3A5F"/>
          </w:tcPr>
          <w:p>
            <w:pPr>
              <w:keepNext/>
            </w:pPr>
            <w:r/>
            <w:r>
              <w:rPr>
                <w:b/>
                <w:color w:val="FFFFFF"/>
                <w:sz w:val="20"/>
              </w:rPr>
              <w:t>Outflows</w:t>
            </w:r>
          </w:p>
        </w:tc>
        <w:tc>
          <w:tcPr>
            <w:tcW w:type="dxa" w:w="1474"/>
            <w:shd w:val="clear" w:color="auto" w:fill="1F3A5F"/>
          </w:tcPr>
          <w:p>
            <w:pPr>
              <w:keepNext/>
            </w:pPr>
            <w:r/>
            <w:r>
              <w:rPr>
                <w:b/>
                <w:color w:val="FFFFFF"/>
                <w:sz w:val="20"/>
              </w:rPr>
              <w:t>$</w:t>
            </w:r>
          </w:p>
        </w:tc>
      </w:tr>
      <w:tr>
        <w:trPr>
          <w:cantSplit w:val="true"/>
        </w:trPr>
        <w:tc>
          <w:tcPr>
            <w:tcW w:type="dxa" w:w="2835"/>
            <w:shd w:val="clear" w:color="auto" w:fill="EEF3F8"/>
          </w:tcPr>
          <w:p>
            <w:pPr>
              <w:keepNext/>
            </w:pPr>
            <w:r>
              <w:rPr>
                <w:sz w:val="20"/>
              </w:rPr>
              <w:t>Enterprise A sales</w:t>
            </w:r>
          </w:p>
        </w:tc>
        <w:tc>
          <w:tcPr>
            <w:tcW w:type="dxa" w:w="1701"/>
            <w:shd w:val="clear" w:color="auto" w:fill="EEF3F8"/>
          </w:tcPr>
          <w:p>
            <w:pPr>
              <w:keepNext/>
            </w:pPr>
            <w:r>
              <w:rPr>
                <w:sz w:val="20"/>
              </w:rPr>
              <w:t>58,800</w:t>
            </w:r>
          </w:p>
        </w:tc>
        <w:tc>
          <w:tcPr>
            <w:tcW w:type="dxa" w:w="3742"/>
            <w:shd w:val="clear" w:color="auto" w:fill="EEF3F8"/>
          </w:tcPr>
          <w:p>
            <w:pPr>
              <w:keepNext/>
            </w:pPr>
            <w:r>
              <w:rPr>
                <w:sz w:val="20"/>
              </w:rPr>
              <w:t>Enterprise A direct costs</w:t>
            </w:r>
          </w:p>
        </w:tc>
        <w:tc>
          <w:tcPr>
            <w:tcW w:type="dxa" w:w="1474"/>
            <w:shd w:val="clear" w:color="auto" w:fill="EEF3F8"/>
          </w:tcPr>
          <w:p>
            <w:pPr>
              <w:keepNext/>
            </w:pPr>
            <w:r>
              <w:rPr>
                <w:sz w:val="20"/>
              </w:rPr>
              <w:t>42,000</w:t>
            </w:r>
          </w:p>
        </w:tc>
      </w:tr>
      <w:tr>
        <w:trPr>
          <w:cantSplit w:val="true"/>
        </w:trPr>
        <w:tc>
          <w:tcPr>
            <w:tcW w:type="dxa" w:w="2835"/>
            <w:shd w:val="clear" w:color="auto" w:fill="EEF3F8"/>
          </w:tcPr>
          <w:p>
            <w:pPr>
              <w:keepNext/>
            </w:pPr>
            <w:r>
              <w:rPr>
                <w:sz w:val="20"/>
              </w:rPr>
              <w:t>Enterprise B sales</w:t>
            </w:r>
          </w:p>
        </w:tc>
        <w:tc>
          <w:tcPr>
            <w:tcW w:type="dxa" w:w="1701"/>
            <w:shd w:val="clear" w:color="auto" w:fill="EEF3F8"/>
          </w:tcPr>
          <w:p>
            <w:pPr>
              <w:keepNext/>
            </w:pPr>
            <w:r>
              <w:rPr>
                <w:sz w:val="20"/>
              </w:rPr>
              <w:t>24,000</w:t>
            </w:r>
          </w:p>
        </w:tc>
        <w:tc>
          <w:tcPr>
            <w:tcW w:type="dxa" w:w="3742"/>
            <w:shd w:val="clear" w:color="auto" w:fill="EEF3F8"/>
          </w:tcPr>
          <w:p>
            <w:pPr>
              <w:keepNext/>
            </w:pPr>
            <w:r>
              <w:rPr>
                <w:sz w:val="20"/>
              </w:rPr>
              <w:t>Enterprise B direct costs</w:t>
            </w:r>
          </w:p>
        </w:tc>
        <w:tc>
          <w:tcPr>
            <w:tcW w:type="dxa" w:w="1474"/>
            <w:shd w:val="clear" w:color="auto" w:fill="EEF3F8"/>
          </w:tcPr>
          <w:p>
            <w:pPr>
              <w:keepNext/>
            </w:pPr>
            <w:r>
              <w:rPr>
                <w:sz w:val="20"/>
              </w:rPr>
              <w:t>15,000</w:t>
            </w:r>
          </w:p>
        </w:tc>
      </w:tr>
      <w:tr>
        <w:trPr>
          <w:cantSplit w:val="true"/>
        </w:trPr>
        <w:tc>
          <w:tcPr>
            <w:tcW w:type="dxa" w:w="2835"/>
            <w:shd w:val="clear" w:color="auto" w:fill="EEF3F8"/>
          </w:tcPr>
          <w:p>
            <w:pPr>
              <w:keepNext/>
            </w:pPr>
            <w:r>
              <w:rPr>
                <w:sz w:val="20"/>
              </w:rPr>
              <w:t>Non-farm income</w:t>
            </w:r>
          </w:p>
        </w:tc>
        <w:tc>
          <w:tcPr>
            <w:tcW w:type="dxa" w:w="1701"/>
            <w:shd w:val="clear" w:color="auto" w:fill="EEF3F8"/>
          </w:tcPr>
          <w:p>
            <w:pPr>
              <w:keepNext/>
            </w:pPr>
            <w:r>
              <w:rPr>
                <w:sz w:val="20"/>
              </w:rPr>
              <w:t>30,000</w:t>
            </w:r>
          </w:p>
        </w:tc>
        <w:tc>
          <w:tcPr>
            <w:tcW w:type="dxa" w:w="3742"/>
            <w:shd w:val="clear" w:color="auto" w:fill="EEF3F8"/>
          </w:tcPr>
          <w:p>
            <w:pPr>
              <w:keepNext/>
            </w:pPr>
            <w:r>
              <w:rPr>
                <w:sz w:val="20"/>
              </w:rPr>
              <w:t>Overhead (insurance, repairs, utilities)</w:t>
            </w:r>
          </w:p>
        </w:tc>
        <w:tc>
          <w:tcPr>
            <w:tcW w:type="dxa" w:w="1474"/>
            <w:shd w:val="clear" w:color="auto" w:fill="EEF3F8"/>
          </w:tcPr>
          <w:p>
            <w:pPr>
              <w:keepNext/>
            </w:pPr>
            <w:r>
              <w:rPr>
                <w:sz w:val="20"/>
              </w:rPr>
              <w:t>12,000</w:t>
            </w:r>
          </w:p>
        </w:tc>
      </w:tr>
      <w:tr>
        <w:trPr>
          <w:cantSplit w:val="true"/>
        </w:trPr>
        <w:tc>
          <w:tcPr>
            <w:tcW w:type="dxa" w:w="2835"/>
            <w:shd w:val="clear" w:color="auto" w:fill="EEF3F8"/>
          </w:tcPr>
          <w:p>
            <w:pPr>
              <w:keepNext/>
            </w:pPr>
            <w:r>
              <w:rPr>
                <w:sz w:val="20"/>
              </w:rPr>
            </w:r>
          </w:p>
        </w:tc>
        <w:tc>
          <w:tcPr>
            <w:tcW w:type="dxa" w:w="1701"/>
            <w:shd w:val="clear" w:color="auto" w:fill="EEF3F8"/>
          </w:tcPr>
          <w:p>
            <w:pPr>
              <w:keepNext/>
            </w:pPr>
            <w:r>
              <w:rPr>
                <w:sz w:val="20"/>
              </w:rPr>
            </w:r>
          </w:p>
        </w:tc>
        <w:tc>
          <w:tcPr>
            <w:tcW w:type="dxa" w:w="3742"/>
            <w:shd w:val="clear" w:color="auto" w:fill="EEF3F8"/>
          </w:tcPr>
          <w:p>
            <w:pPr>
              <w:keepNext/>
            </w:pPr>
            <w:r>
              <w:rPr>
                <w:sz w:val="20"/>
              </w:rPr>
              <w:t>Household living</w:t>
            </w:r>
          </w:p>
        </w:tc>
        <w:tc>
          <w:tcPr>
            <w:tcW w:type="dxa" w:w="1474"/>
            <w:shd w:val="clear" w:color="auto" w:fill="EEF3F8"/>
          </w:tcPr>
          <w:p>
            <w:pPr>
              <w:keepNext/>
            </w:pPr>
            <w:r>
              <w:rPr>
                <w:sz w:val="20"/>
              </w:rPr>
              <w:t>26,000</w:t>
            </w:r>
          </w:p>
        </w:tc>
      </w:tr>
      <w:tr>
        <w:trPr>
          <w:cantSplit w:val="true"/>
        </w:trPr>
        <w:tc>
          <w:tcPr>
            <w:tcW w:type="dxa" w:w="2835"/>
            <w:shd w:val="clear" w:color="auto" w:fill="EEF3F8"/>
          </w:tcPr>
          <w:p>
            <w:pPr>
              <w:keepNext/>
            </w:pPr>
            <w:r>
              <w:rPr>
                <w:sz w:val="20"/>
              </w:rPr>
            </w:r>
          </w:p>
        </w:tc>
        <w:tc>
          <w:tcPr>
            <w:tcW w:type="dxa" w:w="1701"/>
            <w:shd w:val="clear" w:color="auto" w:fill="EEF3F8"/>
          </w:tcPr>
          <w:p>
            <w:pPr>
              <w:keepNext/>
            </w:pPr>
            <w:r>
              <w:rPr>
                <w:sz w:val="20"/>
              </w:rPr>
            </w:r>
          </w:p>
        </w:tc>
        <w:tc>
          <w:tcPr>
            <w:tcW w:type="dxa" w:w="3742"/>
            <w:shd w:val="clear" w:color="auto" w:fill="EEF3F8"/>
          </w:tcPr>
          <w:p>
            <w:pPr>
              <w:keepNext/>
            </w:pPr>
            <w:r>
              <w:rPr>
                <w:sz w:val="20"/>
              </w:rPr>
              <w:t>Income and self-employment taxes</w:t>
            </w:r>
          </w:p>
        </w:tc>
        <w:tc>
          <w:tcPr>
            <w:tcW w:type="dxa" w:w="1474"/>
            <w:shd w:val="clear" w:color="auto" w:fill="EEF3F8"/>
          </w:tcPr>
          <w:p>
            <w:pPr>
              <w:keepNext/>
            </w:pPr>
            <w:r>
              <w:rPr>
                <w:sz w:val="20"/>
              </w:rPr>
              <w:t>4,000</w:t>
            </w:r>
          </w:p>
        </w:tc>
      </w:tr>
      <w:tr>
        <w:trPr>
          <w:cantSplit w:val="true"/>
        </w:trPr>
        <w:tc>
          <w:tcPr>
            <w:tcW w:type="dxa" w:w="2835"/>
            <w:shd w:val="clear" w:color="auto" w:fill="EEF3F8"/>
          </w:tcPr>
          <w:p>
            <w:pPr>
              <w:keepNext/>
            </w:pPr>
            <w:r>
              <w:rPr>
                <w:sz w:val="20"/>
              </w:rPr>
            </w:r>
          </w:p>
        </w:tc>
        <w:tc>
          <w:tcPr>
            <w:tcW w:type="dxa" w:w="1701"/>
            <w:shd w:val="clear" w:color="auto" w:fill="EEF3F8"/>
          </w:tcPr>
          <w:p>
            <w:pPr>
              <w:keepNext/>
            </w:pPr>
            <w:r>
              <w:rPr>
                <w:sz w:val="20"/>
              </w:rPr>
            </w:r>
          </w:p>
        </w:tc>
        <w:tc>
          <w:tcPr>
            <w:tcW w:type="dxa" w:w="3742"/>
            <w:shd w:val="clear" w:color="auto" w:fill="EEF3F8"/>
          </w:tcPr>
          <w:p>
            <w:pPr>
              <w:keepNext/>
            </w:pPr>
            <w:r>
              <w:rPr>
                <w:sz w:val="20"/>
              </w:rPr>
              <w:t>Existing debt payments</w:t>
            </w:r>
          </w:p>
        </w:tc>
        <w:tc>
          <w:tcPr>
            <w:tcW w:type="dxa" w:w="1474"/>
            <w:shd w:val="clear" w:color="auto" w:fill="EEF3F8"/>
          </w:tcPr>
          <w:p>
            <w:pPr>
              <w:keepNext/>
            </w:pPr>
            <w:r>
              <w:rPr>
                <w:sz w:val="20"/>
              </w:rPr>
              <w:t>6,000</w:t>
            </w:r>
          </w:p>
        </w:tc>
      </w:tr>
      <w:tr>
        <w:trPr>
          <w:cantSplit w:val="true"/>
        </w:trPr>
        <w:tc>
          <w:tcPr>
            <w:tcW w:type="dxa" w:w="2835"/>
            <w:shd w:val="clear" w:color="auto" w:fill="EEF3F8"/>
          </w:tcPr>
          <w:p>
            <w:pPr>
              <w:keepNext/>
            </w:pPr>
            <w:r>
              <w:rPr>
                <w:sz w:val="20"/>
              </w:rPr>
            </w:r>
          </w:p>
        </w:tc>
        <w:tc>
          <w:tcPr>
            <w:tcW w:type="dxa" w:w="1701"/>
            <w:shd w:val="clear" w:color="auto" w:fill="EEF3F8"/>
          </w:tcPr>
          <w:p>
            <w:pPr>
              <w:keepNext/>
            </w:pPr>
            <w:r>
              <w:rPr>
                <w:sz w:val="20"/>
              </w:rPr>
            </w:r>
          </w:p>
        </w:tc>
        <w:tc>
          <w:tcPr>
            <w:tcW w:type="dxa" w:w="3742"/>
            <w:shd w:val="clear" w:color="auto" w:fill="EEF3F8"/>
          </w:tcPr>
          <w:p>
            <w:pPr>
              <w:keepNext/>
            </w:pPr>
            <w:r>
              <w:rPr>
                <w:sz w:val="20"/>
              </w:rPr>
              <w:t>New loan payment</w:t>
            </w:r>
          </w:p>
        </w:tc>
        <w:tc>
          <w:tcPr>
            <w:tcW w:type="dxa" w:w="1474"/>
            <w:shd w:val="clear" w:color="auto" w:fill="EEF3F8"/>
          </w:tcPr>
          <w:p>
            <w:pPr>
              <w:keepNext/>
            </w:pPr>
            <w:r>
              <w:rPr>
                <w:sz w:val="20"/>
              </w:rPr>
              <w:t>5,000</w:t>
            </w:r>
          </w:p>
        </w:tc>
      </w:tr>
      <w:tr>
        <w:trPr>
          <w:cantSplit w:val="true"/>
        </w:trPr>
        <w:tc>
          <w:tcPr>
            <w:tcW w:type="dxa" w:w="2835"/>
            <w:shd w:val="clear" w:color="auto" w:fill="EEF3F8"/>
          </w:tcPr>
          <w:p>
            <w:r>
              <w:rPr>
                <w:b/>
                <w:sz w:val="20"/>
              </w:rPr>
              <w:t>Total</w:t>
            </w:r>
          </w:p>
        </w:tc>
        <w:tc>
          <w:tcPr>
            <w:tcW w:type="dxa" w:w="1701"/>
            <w:shd w:val="clear" w:color="auto" w:fill="EEF3F8"/>
          </w:tcPr>
          <w:p>
            <w:r>
              <w:rPr>
                <w:b/>
                <w:sz w:val="20"/>
              </w:rPr>
              <w:t>112,800</w:t>
            </w:r>
          </w:p>
        </w:tc>
        <w:tc>
          <w:tcPr>
            <w:tcW w:type="dxa" w:w="3742"/>
            <w:shd w:val="clear" w:color="auto" w:fill="EEF3F8"/>
          </w:tcPr>
          <w:p>
            <w:r>
              <w:rPr>
                <w:b/>
                <w:sz w:val="20"/>
              </w:rPr>
              <w:t>Total</w:t>
            </w:r>
          </w:p>
        </w:tc>
        <w:tc>
          <w:tcPr>
            <w:tcW w:type="dxa" w:w="1474"/>
            <w:shd w:val="clear" w:color="auto" w:fill="EEF3F8"/>
          </w:tcPr>
          <w:p>
            <w:r>
              <w:rPr>
                <w:b/>
                <w:sz w:val="20"/>
              </w:rPr>
              <w:t>110,000</w:t>
            </w:r>
          </w:p>
        </w:tc>
      </w:tr>
    </w:tbl>
    <w:p>
      <w:pPr>
        <w:spacing w:after="40"/>
      </w:pPr>
    </w:p>
    <w:p>
      <w:pPr>
        <w:spacing w:after="80"/>
      </w:pPr>
      <w:r>
        <w:rPr>
          <w:b w:val="0"/>
          <w:i/>
          <w:color w:val="555555"/>
        </w:rPr>
        <w:t>Example — replace with your numbers: inflows 112,800 − outflows 110,000 = 2,800. This only shows the arithmetic. FSA's rules ask it to consider a reasonable cash flow margin (7 CFR 761.104(f)) and state no amount; ask your FSA office how your margin is viewed. No loan amount, rate or term is given behind the new loan payment.</w:t>
      </w:r>
    </w:p>
    <w:p>
      <w:pPr>
        <w:pStyle w:val="Heading2"/>
      </w:pPr>
      <w:r>
        <w:t>8.3 Workbook bridge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What the Excel workbook can and cannot take from this file</w:t>
            </w:r>
          </w:p>
          <w:p>
            <w:pPr>
              <w:pStyle w:val="ListBullet"/>
            </w:pPr>
            <w:r>
              <w:rPr>
                <w:b w:val="0"/>
                <w:i w:val="0"/>
              </w:rPr>
              <w:t>Fits: up to five revenue lines (Assumptions tab, B10), so one line per enterprise, as units × price; seasonality by calendar month (B28) for harvest timing; a six-month ramp-up (B19), which a farm in full production may not want; payroll by role (B43); Owner draws per month (B102), where household living costs can go (a modeling choice, not a rule); startup lines Equipment (B62), Initial inventory (B67) and Working-capital reserve (B74); Loan amount (B97); Owner equity (B100).</w:t>
            </w:r>
          </w:p>
          <w:p>
            <w:pPr>
              <w:pStyle w:val="ListBullet"/>
            </w:pPr>
            <w:r>
              <w:rPr>
                <w:b w:val="0"/>
                <w:i w:val="0"/>
              </w:rPr>
              <w:t>Results: Lowest month-end cash in the year is on the Key Ratios tab (B18); the debt service coverage ratio rows are B15 and B16.</w:t>
            </w:r>
          </w:p>
          <w:p>
            <w:pPr>
              <w:pStyle w:val="ListBullet"/>
            </w:pPr>
            <w:r>
              <w:rPr>
                <w:b w:val="0"/>
                <w:i w:val="0"/>
              </w:rPr>
              <w:t>Does not fit: no non-farm income line, no loan-advance or operating-line row, no per-acre or per-head structure, no production history and no land purchase line beyond startup items.</w:t>
            </w:r>
          </w:p>
          <w:p>
            <w:pPr>
              <w:pStyle w:val="ListBullet"/>
            </w:pPr>
            <w:r>
              <w:rPr>
                <w:b w:val="0"/>
                <w:i w:val="0"/>
              </w:rPr>
              <w:t>The workbook's Sources &amp; Notes tab (B13) says: “No receivables, payables or inventory timing”. Crops sold months after the costs cannot be timed except through seasonality. The monthly cash flow budget in 8.2 is the one to work for FSA; the workbook is a cross-check for the five-year view.</w:t>
            </w:r>
          </w:p>
        </w:tc>
      </w:tr>
    </w:tbl>
    <w:p>
      <w:pPr>
        <w:spacing w:after="40"/>
      </w:pPr>
    </w:p>
    <w:p>
      <w:pPr>
        <w:pStyle w:val="Heading1"/>
        <w:pageBreakBefore/>
      </w:pPr>
      <w:r>
        <w:t>9. Risks and what you'll do</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For each risk, change the matching number in the enterprise budget (5.3) or the cash flow budget (8.2) and note what happens to cash. Then write what you would do. No probabilities needed. For insurance, ask your agent and your FSA office.</w:t>
            </w:r>
          </w:p>
          <w:p>
            <w:pPr>
              <w:spacing w:after="0"/>
            </w:pPr>
            <w:r>
              <w:rPr>
                <w:b/>
              </w:rPr>
              <w:t>Questions to answer in this section:</w:t>
            </w:r>
          </w:p>
          <w:p>
            <w:pPr>
              <w:pStyle w:val="ListBullet"/>
            </w:pPr>
            <w:r>
              <w:rPr>
                <w:b w:val="0"/>
                <w:i w:val="0"/>
              </w:rPr>
              <w:t>What could cut income or raise costs, and how long could your cash last?</w:t>
            </w:r>
          </w:p>
        </w:tc>
      </w:tr>
    </w:tbl>
    <w:p>
      <w:pPr>
        <w:spacing w:after="40"/>
      </w:pPr>
    </w:p>
    <w:tbl>
      <w:tblPr>
        <w:tblStyle w:val="TableGrid"/>
        <w:tblW w:type="auto" w:w="0"/>
        <w:jc w:val="center"/>
        <w:tblLayout w:type="fixed"/>
        <w:tblLook w:firstColumn="1" w:firstRow="1" w:lastColumn="0" w:lastRow="0" w:noHBand="0" w:noVBand="1" w:val="04A0"/>
      </w:tblPr>
      <w:tblGrid>
        <w:gridCol w:w="2494"/>
        <w:gridCol w:w="2721"/>
        <w:gridCol w:w="1814"/>
        <w:gridCol w:w="2721"/>
      </w:tblGrid>
      <w:tr>
        <w:trPr>
          <w:tblHeader w:val="true"/>
          <w:cantSplit w:val="true"/>
        </w:trPr>
        <w:tc>
          <w:tcPr>
            <w:tcW w:type="dxa" w:w="2494"/>
            <w:shd w:val="clear" w:color="auto" w:fill="1F3A5F"/>
          </w:tcPr>
          <w:p>
            <w:pPr>
              <w:keepNext/>
            </w:pPr>
            <w:r/>
            <w:r>
              <w:rPr>
                <w:b/>
                <w:color w:val="FFFFFF"/>
                <w:sz w:val="20"/>
              </w:rPr>
              <w:t>Risk</w:t>
            </w:r>
          </w:p>
        </w:tc>
        <w:tc>
          <w:tcPr>
            <w:tcW w:type="dxa" w:w="2721"/>
            <w:shd w:val="clear" w:color="auto" w:fill="1F3A5F"/>
          </w:tcPr>
          <w:p>
            <w:pPr>
              <w:keepNext/>
            </w:pPr>
            <w:r/>
            <w:r>
              <w:rPr>
                <w:b/>
                <w:color w:val="FFFFFF"/>
                <w:sz w:val="20"/>
              </w:rPr>
              <w:t>What to change</w:t>
            </w:r>
          </w:p>
        </w:tc>
        <w:tc>
          <w:tcPr>
            <w:tcW w:type="dxa" w:w="1814"/>
            <w:shd w:val="clear" w:color="auto" w:fill="1F3A5F"/>
          </w:tcPr>
          <w:p>
            <w:pPr>
              <w:keepNext/>
            </w:pPr>
            <w:r/>
            <w:r>
              <w:rPr>
                <w:b/>
                <w:color w:val="FFFFFF"/>
                <w:sz w:val="20"/>
              </w:rPr>
              <w:t>Effect on cash</w:t>
            </w:r>
          </w:p>
        </w:tc>
        <w:tc>
          <w:tcPr>
            <w:tcW w:type="dxa" w:w="2721"/>
            <w:shd w:val="clear" w:color="auto" w:fill="1F3A5F"/>
          </w:tcPr>
          <w:p>
            <w:pPr>
              <w:keepNext/>
            </w:pPr>
            <w:r/>
            <w:r>
              <w:rPr>
                <w:b/>
                <w:color w:val="FFFFFF"/>
                <w:sz w:val="20"/>
              </w:rPr>
              <w:t>Your plan (reserve or action)</w:t>
            </w:r>
          </w:p>
        </w:tc>
      </w:tr>
      <w:tr>
        <w:trPr>
          <w:cantSplit w:val="true"/>
        </w:trPr>
        <w:tc>
          <w:tcPr>
            <w:tcW w:type="dxa" w:w="2494"/>
          </w:tcPr>
          <w:p>
            <w:pPr>
              <w:keepNext/>
            </w:pPr>
            <w:r>
              <w:rPr>
                <w:sz w:val="20"/>
              </w:rPr>
              <w:t>Weather and yield loss</w:t>
            </w:r>
          </w:p>
        </w:tc>
        <w:tc>
          <w:tcPr>
            <w:tcW w:type="dxa" w:w="2721"/>
          </w:tcPr>
          <w:p>
            <w:pPr>
              <w:keepNext/>
            </w:pPr>
            <w:r>
              <w:rPr>
                <w:sz w:val="20"/>
              </w:rPr>
              <w:t>Lower the yield in 5.3</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pPr>
              <w:keepNext/>
            </w:pPr>
            <w:r>
              <w:rPr>
                <w:sz w:val="20"/>
              </w:rPr>
              <w:t>A price drop</w:t>
            </w:r>
          </w:p>
        </w:tc>
        <w:tc>
          <w:tcPr>
            <w:tcW w:type="dxa" w:w="2721"/>
          </w:tcPr>
          <w:p>
            <w:pPr>
              <w:keepNext/>
            </w:pPr>
            <w:r>
              <w:rPr>
                <w:sz w:val="20"/>
              </w:rPr>
              <w:t>Lower the price per unit in 5.3</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pPr>
              <w:keepNext/>
            </w:pPr>
            <w:r>
              <w:rPr>
                <w:sz w:val="20"/>
              </w:rPr>
              <w:t>An input cost rise</w:t>
            </w:r>
          </w:p>
        </w:tc>
        <w:tc>
          <w:tcPr>
            <w:tcW w:type="dxa" w:w="2721"/>
          </w:tcPr>
          <w:p>
            <w:pPr>
              <w:keepNext/>
            </w:pPr>
            <w:r>
              <w:rPr>
                <w:sz w:val="20"/>
              </w:rPr>
              <w:t>Raise direct costs in 5.3</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pPr>
              <w:keepNext/>
            </w:pPr>
            <w:r>
              <w:rPr>
                <w:sz w:val="20"/>
              </w:rPr>
              <w:t>A key person unable to work</w:t>
            </w:r>
          </w:p>
        </w:tc>
        <w:tc>
          <w:tcPr>
            <w:tcW w:type="dxa" w:w="2721"/>
          </w:tcPr>
          <w:p>
            <w:pPr>
              <w:keepNext/>
            </w:pPr>
            <w:r>
              <w:rPr>
                <w:sz w:val="20"/>
              </w:rPr>
              <w:t>Add hired labor to 8.2</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pPr>
              <w:keepNext/>
            </w:pPr>
            <w:r>
              <w:rPr>
                <w:sz w:val="20"/>
              </w:rPr>
              <w:t>A lease lost</w:t>
            </w:r>
          </w:p>
        </w:tc>
        <w:tc>
          <w:tcPr>
            <w:tcW w:type="dxa" w:w="2721"/>
          </w:tcPr>
          <w:p>
            <w:pPr>
              <w:keepNext/>
            </w:pPr>
            <w:r>
              <w:rPr>
                <w:sz w:val="20"/>
              </w:rPr>
              <w:t>Remove that land from 5.1 and 5.4</w:t>
            </w:r>
          </w:p>
        </w:tc>
        <w:tc>
          <w:tcPr>
            <w:tcW w:type="dxa" w:w="1814"/>
          </w:tcPr>
          <w:p>
            <w:pPr>
              <w:keepNext/>
            </w:pPr>
            <w:r>
              <w:rPr>
                <w:sz w:val="20"/>
              </w:rPr>
              <w:t>[ ]</w:t>
            </w:r>
          </w:p>
        </w:tc>
        <w:tc>
          <w:tcPr>
            <w:tcW w:type="dxa" w:w="2721"/>
          </w:tcPr>
          <w:p>
            <w:pPr>
              <w:keepNext/>
            </w:pPr>
            <w:r>
              <w:rPr>
                <w:sz w:val="20"/>
              </w:rPr>
              <w:t>[ ]</w:t>
            </w:r>
          </w:p>
        </w:tc>
      </w:tr>
      <w:tr>
        <w:trPr>
          <w:cantSplit w:val="true"/>
        </w:trPr>
        <w:tc>
          <w:tcPr>
            <w:tcW w:type="dxa" w:w="2494"/>
          </w:tcPr>
          <w:p>
            <w:r>
              <w:rPr>
                <w:sz w:val="20"/>
              </w:rPr>
              <w:t>Equipment failure</w:t>
            </w:r>
          </w:p>
        </w:tc>
        <w:tc>
          <w:tcPr>
            <w:tcW w:type="dxa" w:w="2721"/>
          </w:tcPr>
          <w:p>
            <w:r>
              <w:rPr>
                <w:sz w:val="20"/>
              </w:rPr>
              <w:t>Add repair or replacement cost to 8.2</w:t>
            </w:r>
          </w:p>
        </w:tc>
        <w:tc>
          <w:tcPr>
            <w:tcW w:type="dxa" w:w="1814"/>
          </w:tcPr>
          <w:p>
            <w:r>
              <w:rPr>
                <w:sz w:val="20"/>
              </w:rPr>
              <w:t>[ ]</w:t>
            </w:r>
          </w:p>
        </w:tc>
        <w:tc>
          <w:tcPr>
            <w:tcW w:type="dxa" w:w="2721"/>
          </w:tcPr>
          <w:p>
            <w:r>
              <w:rPr>
                <w:sz w:val="20"/>
              </w:rPr>
              <w:t>[ ]</w:t>
            </w:r>
          </w:p>
        </w:tc>
      </w:tr>
    </w:tbl>
    <w:p>
      <w:pPr>
        <w:spacing w:after="40"/>
      </w:pPr>
    </w:p>
    <w:p>
      <w:pPr>
        <w:pStyle w:val="Heading1"/>
        <w:pageBreakBefore/>
      </w:pPr>
      <w:r>
        <w:t>10. Appendix: FSA application checklist</w:t>
      </w:r>
    </w:p>
    <w:p>
      <w:pPr>
        <w:spacing w:after="80"/>
      </w:pPr>
      <w:r>
        <w:rPr>
          <w:b w:val="0"/>
          <w:i/>
          <w:color w:val="555555"/>
        </w:rPr>
        <w:t>This appendix is an addition by Let's Talk Business Plans, not one of the SBA's sections. Each row cites its 7 CFR section (current as of 2026-10-16). The list is paraphrased from FSA's regulation to show what to gather; your FSA office decides what your loan needs. Items 14 to 16 apply to certain loan types only; ask your FSA office.</w:t>
      </w:r>
    </w:p>
    <w:p>
      <w:pPr>
        <w:keepNext/>
        <w:spacing w:after="40"/>
      </w:pPr>
      <w:r>
        <w:rPr>
          <w:b/>
          <w:i w:val="0"/>
          <w:sz w:val="20"/>
        </w:rPr>
        <w:t>Direct loans: 7 CFR 764.51(b), current as of 2026-10-16</w:t>
      </w:r>
    </w:p>
    <w:tbl>
      <w:tblPr>
        <w:tblStyle w:val="TableGrid"/>
        <w:tblW w:type="auto" w:w="0"/>
        <w:jc w:val="center"/>
        <w:tblLayout w:type="fixed"/>
        <w:tblLook w:firstColumn="1" w:firstRow="1" w:lastColumn="0" w:lastRow="0" w:noHBand="0" w:noVBand="1" w:val="04A0"/>
      </w:tblPr>
      <w:tblGrid>
        <w:gridCol w:w="680"/>
        <w:gridCol w:w="4309"/>
        <w:gridCol w:w="1814"/>
        <w:gridCol w:w="1814"/>
        <w:gridCol w:w="1134"/>
      </w:tblGrid>
      <w:tr>
        <w:trPr>
          <w:tblHeader w:val="true"/>
          <w:cantSplit w:val="true"/>
        </w:trPr>
        <w:tc>
          <w:tcPr>
            <w:tcW w:type="dxa" w:w="680"/>
            <w:shd w:val="clear" w:color="auto" w:fill="1F3A5F"/>
          </w:tcPr>
          <w:p>
            <w:pPr>
              <w:keepNext/>
            </w:pPr>
            <w:r/>
            <w:r>
              <w:rPr>
                <w:b/>
                <w:color w:val="FFFFFF"/>
                <w:sz w:val="18"/>
              </w:rPr>
              <w:t>Item</w:t>
            </w:r>
          </w:p>
        </w:tc>
        <w:tc>
          <w:tcPr>
            <w:tcW w:type="dxa" w:w="4309"/>
            <w:shd w:val="clear" w:color="auto" w:fill="1F3A5F"/>
          </w:tcPr>
          <w:p>
            <w:pPr>
              <w:keepNext/>
            </w:pPr>
            <w:r/>
            <w:r>
              <w:rPr>
                <w:b/>
                <w:color w:val="FFFFFF"/>
                <w:sz w:val="18"/>
              </w:rPr>
              <w:t>FSA direct loan application: what to gather</w:t>
            </w:r>
          </w:p>
        </w:tc>
        <w:tc>
          <w:tcPr>
            <w:tcW w:type="dxa" w:w="1814"/>
            <w:shd w:val="clear" w:color="auto" w:fill="1F3A5F"/>
          </w:tcPr>
          <w:p>
            <w:pPr>
              <w:keepNext/>
            </w:pPr>
            <w:r/>
            <w:r>
              <w:rPr>
                <w:b/>
                <w:color w:val="FFFFFF"/>
                <w:sz w:val="18"/>
              </w:rPr>
              <w:t>7 CFR section (current as of 2026-10-16)</w:t>
            </w:r>
          </w:p>
        </w:tc>
        <w:tc>
          <w:tcPr>
            <w:tcW w:type="dxa" w:w="1814"/>
            <w:shd w:val="clear" w:color="auto" w:fill="1F3A5F"/>
          </w:tcPr>
          <w:p>
            <w:pPr>
              <w:keepNext/>
            </w:pPr>
            <w:r/>
            <w:r>
              <w:rPr>
                <w:b/>
                <w:color w:val="FFFFFF"/>
                <w:sz w:val="18"/>
              </w:rPr>
              <w:t>Where in this plan</w:t>
            </w:r>
          </w:p>
        </w:tc>
        <w:tc>
          <w:tcPr>
            <w:tcW w:type="dxa" w:w="1134"/>
            <w:shd w:val="clear" w:color="auto" w:fill="1F3A5F"/>
          </w:tcPr>
          <w:p>
            <w:pPr>
              <w:keepNext/>
            </w:pPr>
            <w:r/>
            <w:r>
              <w:rPr>
                <w:b/>
                <w:color w:val="FFFFFF"/>
                <w:sz w:val="18"/>
              </w:rPr>
              <w:t>Status</w:t>
            </w:r>
          </w:p>
        </w:tc>
      </w:tr>
      <w:tr>
        <w:trPr>
          <w:cantSplit w:val="true"/>
        </w:trPr>
        <w:tc>
          <w:tcPr>
            <w:tcW w:type="dxa" w:w="680"/>
          </w:tcPr>
          <w:p>
            <w:pPr>
              <w:keepNext/>
            </w:pPr>
            <w:r>
              <w:rPr>
                <w:sz w:val="18"/>
              </w:rPr>
              <w:t>1</w:t>
            </w:r>
          </w:p>
        </w:tc>
        <w:tc>
          <w:tcPr>
            <w:tcW w:type="dxa" w:w="4309"/>
          </w:tcPr>
          <w:p>
            <w:pPr>
              <w:keepNext/>
            </w:pPr>
            <w:r>
              <w:rPr>
                <w:sz w:val="18"/>
              </w:rPr>
              <w:t>The completed FSA application form</w:t>
            </w:r>
          </w:p>
        </w:tc>
        <w:tc>
          <w:tcPr>
            <w:tcW w:type="dxa" w:w="1814"/>
          </w:tcPr>
          <w:p>
            <w:pPr>
              <w:keepNext/>
            </w:pPr>
            <w:r>
              <w:rPr>
                <w:sz w:val="18"/>
              </w:rPr>
              <w:t>764.51(b)(1)</w:t>
            </w:r>
          </w:p>
        </w:tc>
        <w:tc>
          <w:tcPr>
            <w:tcW w:type="dxa" w:w="1814"/>
          </w:tcPr>
          <w:p>
            <w:pPr>
              <w:keepNext/>
            </w:pPr>
            <w:r>
              <w:rPr>
                <w:sz w:val="18"/>
              </w:rPr>
              <w:t>FSA form</w:t>
            </w:r>
          </w:p>
        </w:tc>
        <w:tc>
          <w:tcPr>
            <w:tcW w:type="dxa" w:w="1134"/>
          </w:tcPr>
          <w:p>
            <w:pPr>
              <w:keepNext/>
            </w:pPr>
            <w:r>
              <w:rPr>
                <w:sz w:val="18"/>
              </w:rPr>
              <w:t>[ ]</w:t>
            </w:r>
          </w:p>
        </w:tc>
      </w:tr>
      <w:tr>
        <w:trPr>
          <w:cantSplit w:val="true"/>
        </w:trPr>
        <w:tc>
          <w:tcPr>
            <w:tcW w:type="dxa" w:w="680"/>
          </w:tcPr>
          <w:p>
            <w:pPr>
              <w:keepNext/>
            </w:pPr>
            <w:r>
              <w:rPr>
                <w:sz w:val="18"/>
              </w:rPr>
              <w:t>2</w:t>
            </w:r>
          </w:p>
        </w:tc>
        <w:tc>
          <w:tcPr>
            <w:tcW w:type="dxa" w:w="4309"/>
          </w:tcPr>
          <w:p>
            <w:pPr>
              <w:keepNext/>
            </w:pPr>
            <w:r>
              <w:rPr>
                <w:sz w:val="18"/>
              </w:rPr>
              <w:t>Entities: member list, and a financial statement from each member and the entity</w:t>
            </w:r>
          </w:p>
        </w:tc>
        <w:tc>
          <w:tcPr>
            <w:tcW w:type="dxa" w:w="1814"/>
          </w:tcPr>
          <w:p>
            <w:pPr>
              <w:keepNext/>
            </w:pPr>
            <w:r>
              <w:rPr>
                <w:sz w:val="18"/>
              </w:rPr>
              <w:t>764.51(b)(2)</w:t>
            </w:r>
          </w:p>
        </w:tc>
        <w:tc>
          <w:tcPr>
            <w:tcW w:type="dxa" w:w="1814"/>
          </w:tcPr>
          <w:p>
            <w:pPr>
              <w:keepNext/>
            </w:pPr>
            <w:r>
              <w:rPr>
                <w:sz w:val="18"/>
              </w:rPr>
              <w:t>Sections 2 and 8.1</w:t>
            </w:r>
          </w:p>
        </w:tc>
        <w:tc>
          <w:tcPr>
            <w:tcW w:type="dxa" w:w="1134"/>
          </w:tcPr>
          <w:p>
            <w:pPr>
              <w:keepNext/>
            </w:pPr>
            <w:r>
              <w:rPr>
                <w:sz w:val="18"/>
              </w:rPr>
              <w:t>[ ]</w:t>
            </w:r>
          </w:p>
        </w:tc>
      </w:tr>
      <w:tr>
        <w:trPr>
          <w:cantSplit w:val="true"/>
        </w:trPr>
        <w:tc>
          <w:tcPr>
            <w:tcW w:type="dxa" w:w="680"/>
          </w:tcPr>
          <w:p>
            <w:pPr>
              <w:keepNext/>
            </w:pPr>
            <w:r>
              <w:rPr>
                <w:sz w:val="18"/>
              </w:rPr>
              <w:t>3</w:t>
            </w:r>
          </w:p>
        </w:tc>
        <w:tc>
          <w:tcPr>
            <w:tcW w:type="dxa" w:w="4309"/>
          </w:tcPr>
          <w:p>
            <w:pPr>
              <w:keepNext/>
            </w:pPr>
            <w:r>
              <w:rPr>
                <w:sz w:val="18"/>
              </w:rPr>
              <w:t>A written description of farm training and experience</w:t>
            </w:r>
          </w:p>
        </w:tc>
        <w:tc>
          <w:tcPr>
            <w:tcW w:type="dxa" w:w="1814"/>
          </w:tcPr>
          <w:p>
            <w:pPr>
              <w:keepNext/>
            </w:pPr>
            <w:r>
              <w:rPr>
                <w:sz w:val="18"/>
              </w:rPr>
              <w:t>764.51(b)(3)</w:t>
            </w:r>
          </w:p>
        </w:tc>
        <w:tc>
          <w:tcPr>
            <w:tcW w:type="dxa" w:w="1814"/>
          </w:tcPr>
          <w:p>
            <w:pPr>
              <w:keepNext/>
            </w:pPr>
            <w:r>
              <w:rPr>
                <w:sz w:val="18"/>
              </w:rPr>
              <w:t>Section 4.1</w:t>
            </w:r>
          </w:p>
        </w:tc>
        <w:tc>
          <w:tcPr>
            <w:tcW w:type="dxa" w:w="1134"/>
          </w:tcPr>
          <w:p>
            <w:pPr>
              <w:keepNext/>
            </w:pPr>
            <w:r>
              <w:rPr>
                <w:sz w:val="18"/>
              </w:rPr>
              <w:t>[ ]</w:t>
            </w:r>
          </w:p>
        </w:tc>
      </w:tr>
      <w:tr>
        <w:trPr>
          <w:cantSplit w:val="true"/>
        </w:trPr>
        <w:tc>
          <w:tcPr>
            <w:tcW w:type="dxa" w:w="680"/>
          </w:tcPr>
          <w:p>
            <w:pPr>
              <w:keepNext/>
            </w:pPr>
            <w:r>
              <w:rPr>
                <w:sz w:val="18"/>
              </w:rPr>
              <w:t>4</w:t>
            </w:r>
          </w:p>
        </w:tc>
        <w:tc>
          <w:tcPr>
            <w:tcW w:type="dxa" w:w="4309"/>
          </w:tcPr>
          <w:p>
            <w:pPr>
              <w:keepNext/>
            </w:pPr>
            <w:r>
              <w:rPr>
                <w:sz w:val="18"/>
              </w:rPr>
              <w:t>The last 3 years of farm financial records, including tax returns</w:t>
            </w:r>
          </w:p>
        </w:tc>
        <w:tc>
          <w:tcPr>
            <w:tcW w:type="dxa" w:w="1814"/>
          </w:tcPr>
          <w:p>
            <w:pPr>
              <w:keepNext/>
            </w:pPr>
            <w:r>
              <w:rPr>
                <w:sz w:val="18"/>
              </w:rPr>
              <w:t>764.51(b)(4)</w:t>
            </w:r>
          </w:p>
        </w:tc>
        <w:tc>
          <w:tcPr>
            <w:tcW w:type="dxa" w:w="1814"/>
          </w:tcPr>
          <w:p>
            <w:pPr>
              <w:keepNext/>
            </w:pPr>
            <w:r>
              <w:rPr>
                <w:sz w:val="18"/>
              </w:rPr>
              <w:t>Section 5.5</w:t>
            </w:r>
          </w:p>
        </w:tc>
        <w:tc>
          <w:tcPr>
            <w:tcW w:type="dxa" w:w="1134"/>
          </w:tcPr>
          <w:p>
            <w:pPr>
              <w:keepNext/>
            </w:pPr>
            <w:r>
              <w:rPr>
                <w:sz w:val="18"/>
              </w:rPr>
              <w:t>[ ]</w:t>
            </w:r>
          </w:p>
        </w:tc>
      </w:tr>
      <w:tr>
        <w:trPr>
          <w:cantSplit w:val="true"/>
        </w:trPr>
        <w:tc>
          <w:tcPr>
            <w:tcW w:type="dxa" w:w="680"/>
          </w:tcPr>
          <w:p>
            <w:pPr>
              <w:keepNext/>
            </w:pPr>
            <w:r>
              <w:rPr>
                <w:sz w:val="18"/>
              </w:rPr>
              <w:t>5</w:t>
            </w:r>
          </w:p>
        </w:tc>
        <w:tc>
          <w:tcPr>
            <w:tcW w:type="dxa" w:w="4309"/>
          </w:tcPr>
          <w:p>
            <w:pPr>
              <w:keepNext/>
            </w:pPr>
            <w:r>
              <w:rPr>
                <w:sz w:val="18"/>
              </w:rPr>
              <w:t>The last 3 years of farm production records</w:t>
            </w:r>
          </w:p>
        </w:tc>
        <w:tc>
          <w:tcPr>
            <w:tcW w:type="dxa" w:w="1814"/>
          </w:tcPr>
          <w:p>
            <w:pPr>
              <w:keepNext/>
            </w:pPr>
            <w:r>
              <w:rPr>
                <w:sz w:val="18"/>
              </w:rPr>
              <w:t>764.51(b)(5)</w:t>
            </w:r>
          </w:p>
        </w:tc>
        <w:tc>
          <w:tcPr>
            <w:tcW w:type="dxa" w:w="1814"/>
          </w:tcPr>
          <w:p>
            <w:pPr>
              <w:keepNext/>
            </w:pPr>
            <w:r>
              <w:rPr>
                <w:sz w:val="18"/>
              </w:rPr>
              <w:t>Section 5.2</w:t>
            </w:r>
          </w:p>
        </w:tc>
        <w:tc>
          <w:tcPr>
            <w:tcW w:type="dxa" w:w="1134"/>
          </w:tcPr>
          <w:p>
            <w:pPr>
              <w:keepNext/>
            </w:pPr>
            <w:r>
              <w:rPr>
                <w:sz w:val="18"/>
              </w:rPr>
              <w:t>[ ]</w:t>
            </w:r>
          </w:p>
        </w:tc>
      </w:tr>
      <w:tr>
        <w:trPr>
          <w:cantSplit w:val="true"/>
        </w:trPr>
        <w:tc>
          <w:tcPr>
            <w:tcW w:type="dxa" w:w="680"/>
          </w:tcPr>
          <w:p>
            <w:pPr>
              <w:keepNext/>
            </w:pPr>
            <w:r>
              <w:rPr>
                <w:sz w:val="18"/>
              </w:rPr>
              <w:t>6</w:t>
            </w:r>
          </w:p>
        </w:tc>
        <w:tc>
          <w:tcPr>
            <w:tcW w:type="dxa" w:w="4309"/>
          </w:tcPr>
          <w:p>
            <w:pPr>
              <w:keepNext/>
            </w:pPr>
            <w:r>
              <w:rPr>
                <w:sz w:val="18"/>
              </w:rPr>
              <w:t>Documentation that credit is not available elsewhere on reasonable rates and terms (not for Conservation Loans)</w:t>
            </w:r>
          </w:p>
        </w:tc>
        <w:tc>
          <w:tcPr>
            <w:tcW w:type="dxa" w:w="1814"/>
          </w:tcPr>
          <w:p>
            <w:pPr>
              <w:keepNext/>
            </w:pPr>
            <w:r>
              <w:rPr>
                <w:sz w:val="18"/>
              </w:rPr>
              <w:t>764.51(b)(6)</w:t>
            </w:r>
          </w:p>
        </w:tc>
        <w:tc>
          <w:tcPr>
            <w:tcW w:type="dxa" w:w="1814"/>
          </w:tcPr>
          <w:p>
            <w:pPr>
              <w:keepNext/>
            </w:pPr>
            <w:r>
              <w:rPr>
                <w:sz w:val="18"/>
              </w:rPr>
              <w:t>Section 5.6</w:t>
            </w:r>
          </w:p>
        </w:tc>
        <w:tc>
          <w:tcPr>
            <w:tcW w:type="dxa" w:w="1134"/>
          </w:tcPr>
          <w:p>
            <w:pPr>
              <w:keepNext/>
            </w:pPr>
            <w:r>
              <w:rPr>
                <w:sz w:val="18"/>
              </w:rPr>
              <w:t>[ ]</w:t>
            </w:r>
          </w:p>
        </w:tc>
      </w:tr>
      <w:tr>
        <w:trPr>
          <w:cantSplit w:val="true"/>
        </w:trPr>
        <w:tc>
          <w:tcPr>
            <w:tcW w:type="dxa" w:w="680"/>
          </w:tcPr>
          <w:p>
            <w:pPr>
              <w:keepNext/>
            </w:pPr>
            <w:r>
              <w:rPr>
                <w:sz w:val="18"/>
              </w:rPr>
              <w:t>7</w:t>
            </w:r>
          </w:p>
        </w:tc>
        <w:tc>
          <w:tcPr>
            <w:tcW w:type="dxa" w:w="4309"/>
          </w:tcPr>
          <w:p>
            <w:pPr>
              <w:keepNext/>
            </w:pPr>
            <w:r>
              <w:rPr>
                <w:sz w:val="18"/>
              </w:rPr>
              <w:t>Documentation of compliance with FSA's environmental regulations</w:t>
            </w:r>
          </w:p>
        </w:tc>
        <w:tc>
          <w:tcPr>
            <w:tcW w:type="dxa" w:w="1814"/>
          </w:tcPr>
          <w:p>
            <w:pPr>
              <w:keepNext/>
            </w:pPr>
            <w:r>
              <w:rPr>
                <w:sz w:val="18"/>
              </w:rPr>
              <w:t>764.51(b)(7)</w:t>
            </w:r>
          </w:p>
        </w:tc>
        <w:tc>
          <w:tcPr>
            <w:tcW w:type="dxa" w:w="1814"/>
          </w:tcPr>
          <w:p>
            <w:pPr>
              <w:keepNext/>
            </w:pPr>
            <w:r>
              <w:rPr>
                <w:sz w:val="18"/>
              </w:rPr>
              <w:t>Section 5.7</w:t>
            </w:r>
          </w:p>
        </w:tc>
        <w:tc>
          <w:tcPr>
            <w:tcW w:type="dxa" w:w="1134"/>
          </w:tcPr>
          <w:p>
            <w:pPr>
              <w:keepNext/>
            </w:pPr>
            <w:r>
              <w:rPr>
                <w:sz w:val="18"/>
              </w:rPr>
              <w:t>[ ]</w:t>
            </w:r>
          </w:p>
        </w:tc>
      </w:tr>
      <w:tr>
        <w:trPr>
          <w:cantSplit w:val="true"/>
        </w:trPr>
        <w:tc>
          <w:tcPr>
            <w:tcW w:type="dxa" w:w="680"/>
          </w:tcPr>
          <w:p>
            <w:pPr>
              <w:keepNext/>
            </w:pPr>
            <w:r>
              <w:rPr>
                <w:sz w:val="18"/>
              </w:rPr>
              <w:t>8</w:t>
            </w:r>
          </w:p>
        </w:tc>
        <w:tc>
          <w:tcPr>
            <w:tcW w:type="dxa" w:w="4309"/>
          </w:tcPr>
          <w:p>
            <w:pPr>
              <w:keepNext/>
            </w:pPr>
            <w:r>
              <w:rPr>
                <w:sz w:val="18"/>
              </w:rPr>
              <w:t>Verification of all non-farm income</w:t>
            </w:r>
          </w:p>
        </w:tc>
        <w:tc>
          <w:tcPr>
            <w:tcW w:type="dxa" w:w="1814"/>
          </w:tcPr>
          <w:p>
            <w:pPr>
              <w:keepNext/>
            </w:pPr>
            <w:r>
              <w:rPr>
                <w:sz w:val="18"/>
              </w:rPr>
              <w:t>764.51(b)(8)</w:t>
            </w:r>
          </w:p>
        </w:tc>
        <w:tc>
          <w:tcPr>
            <w:tcW w:type="dxa" w:w="1814"/>
          </w:tcPr>
          <w:p>
            <w:pPr>
              <w:keepNext/>
            </w:pPr>
            <w:r>
              <w:rPr>
                <w:sz w:val="18"/>
              </w:rPr>
              <w:t>Section 5.5</w:t>
            </w:r>
          </w:p>
        </w:tc>
        <w:tc>
          <w:tcPr>
            <w:tcW w:type="dxa" w:w="1134"/>
          </w:tcPr>
          <w:p>
            <w:pPr>
              <w:keepNext/>
            </w:pPr>
            <w:r>
              <w:rPr>
                <w:sz w:val="18"/>
              </w:rPr>
              <w:t>[ ]</w:t>
            </w:r>
          </w:p>
        </w:tc>
      </w:tr>
      <w:tr>
        <w:trPr>
          <w:cantSplit w:val="true"/>
        </w:trPr>
        <w:tc>
          <w:tcPr>
            <w:tcW w:type="dxa" w:w="680"/>
          </w:tcPr>
          <w:p>
            <w:pPr>
              <w:keepNext/>
            </w:pPr>
            <w:r>
              <w:rPr>
                <w:sz w:val="18"/>
              </w:rPr>
              <w:t>9</w:t>
            </w:r>
          </w:p>
        </w:tc>
        <w:tc>
          <w:tcPr>
            <w:tcW w:type="dxa" w:w="4309"/>
          </w:tcPr>
          <w:p>
            <w:pPr>
              <w:keepNext/>
            </w:pPr>
            <w:r>
              <w:rPr>
                <w:sz w:val="18"/>
              </w:rPr>
              <w:t>A current financial statement and the farm operating plan, including the projected cash flow budget</w:t>
            </w:r>
          </w:p>
        </w:tc>
        <w:tc>
          <w:tcPr>
            <w:tcW w:type="dxa" w:w="1814"/>
          </w:tcPr>
          <w:p>
            <w:pPr>
              <w:keepNext/>
            </w:pPr>
            <w:r>
              <w:rPr>
                <w:sz w:val="18"/>
              </w:rPr>
              <w:t>764.51(b)(9)</w:t>
            </w:r>
          </w:p>
        </w:tc>
        <w:tc>
          <w:tcPr>
            <w:tcW w:type="dxa" w:w="1814"/>
          </w:tcPr>
          <w:p>
            <w:pPr>
              <w:keepNext/>
            </w:pPr>
            <w:r>
              <w:rPr>
                <w:sz w:val="18"/>
              </w:rPr>
              <w:t>Sections 8.1 and 8.2</w:t>
            </w:r>
          </w:p>
        </w:tc>
        <w:tc>
          <w:tcPr>
            <w:tcW w:type="dxa" w:w="1134"/>
          </w:tcPr>
          <w:p>
            <w:pPr>
              <w:keepNext/>
            </w:pPr>
            <w:r>
              <w:rPr>
                <w:sz w:val="18"/>
              </w:rPr>
              <w:t>[ ]</w:t>
            </w:r>
          </w:p>
        </w:tc>
      </w:tr>
      <w:tr>
        <w:trPr>
          <w:cantSplit w:val="true"/>
        </w:trPr>
        <w:tc>
          <w:tcPr>
            <w:tcW w:type="dxa" w:w="680"/>
          </w:tcPr>
          <w:p>
            <w:pPr>
              <w:keepNext/>
            </w:pPr>
            <w:r>
              <w:rPr>
                <w:sz w:val="18"/>
              </w:rPr>
              <w:t>10</w:t>
            </w:r>
          </w:p>
        </w:tc>
        <w:tc>
          <w:tcPr>
            <w:tcW w:type="dxa" w:w="4309"/>
          </w:tcPr>
          <w:p>
            <w:pPr>
              <w:keepNext/>
            </w:pPr>
            <w:r>
              <w:rPr>
                <w:sz w:val="18"/>
              </w:rPr>
              <w:t>A legal description of the farm property owned or to be acquired; leases, contracts and options on request</w:t>
            </w:r>
          </w:p>
        </w:tc>
        <w:tc>
          <w:tcPr>
            <w:tcW w:type="dxa" w:w="1814"/>
          </w:tcPr>
          <w:p>
            <w:pPr>
              <w:keepNext/>
            </w:pPr>
            <w:r>
              <w:rPr>
                <w:sz w:val="18"/>
              </w:rPr>
              <w:t>764.51(b)(10)</w:t>
            </w:r>
          </w:p>
        </w:tc>
        <w:tc>
          <w:tcPr>
            <w:tcW w:type="dxa" w:w="1814"/>
          </w:tcPr>
          <w:p>
            <w:pPr>
              <w:keepNext/>
            </w:pPr>
            <w:r>
              <w:rPr>
                <w:sz w:val="18"/>
              </w:rPr>
              <w:t>Section 5.4</w:t>
            </w:r>
          </w:p>
        </w:tc>
        <w:tc>
          <w:tcPr>
            <w:tcW w:type="dxa" w:w="1134"/>
          </w:tcPr>
          <w:p>
            <w:pPr>
              <w:keepNext/>
            </w:pPr>
            <w:r>
              <w:rPr>
                <w:sz w:val="18"/>
              </w:rPr>
              <w:t>[ ]</w:t>
            </w:r>
          </w:p>
        </w:tc>
      </w:tr>
      <w:tr>
        <w:trPr>
          <w:cantSplit w:val="true"/>
        </w:trPr>
        <w:tc>
          <w:tcPr>
            <w:tcW w:type="dxa" w:w="680"/>
          </w:tcPr>
          <w:p>
            <w:pPr>
              <w:keepNext/>
            </w:pPr>
            <w:r>
              <w:rPr>
                <w:sz w:val="18"/>
              </w:rPr>
              <w:t>11</w:t>
            </w:r>
          </w:p>
        </w:tc>
        <w:tc>
          <w:tcPr>
            <w:tcW w:type="dxa" w:w="4309"/>
          </w:tcPr>
          <w:p>
            <w:pPr>
              <w:keepNext/>
            </w:pPr>
            <w:r>
              <w:rPr>
                <w:sz w:val="18"/>
              </w:rPr>
              <w:t>Payment for a credit report</w:t>
            </w:r>
          </w:p>
        </w:tc>
        <w:tc>
          <w:tcPr>
            <w:tcW w:type="dxa" w:w="1814"/>
          </w:tcPr>
          <w:p>
            <w:pPr>
              <w:keepNext/>
            </w:pPr>
            <w:r>
              <w:rPr>
                <w:sz w:val="18"/>
              </w:rPr>
              <w:t>764.51(b)(11)</w:t>
            </w:r>
          </w:p>
        </w:tc>
        <w:tc>
          <w:tcPr>
            <w:tcW w:type="dxa" w:w="1814"/>
          </w:tcPr>
          <w:p>
            <w:pPr>
              <w:keepNext/>
            </w:pPr>
            <w:r>
              <w:rPr>
                <w:sz w:val="18"/>
              </w:rPr>
              <w:t>Ask your FSA office</w:t>
            </w:r>
          </w:p>
        </w:tc>
        <w:tc>
          <w:tcPr>
            <w:tcW w:type="dxa" w:w="1134"/>
          </w:tcPr>
          <w:p>
            <w:pPr>
              <w:keepNext/>
            </w:pPr>
            <w:r>
              <w:rPr>
                <w:sz w:val="18"/>
              </w:rPr>
              <w:t>[ ]</w:t>
            </w:r>
          </w:p>
        </w:tc>
      </w:tr>
      <w:tr>
        <w:trPr>
          <w:cantSplit w:val="true"/>
        </w:trPr>
        <w:tc>
          <w:tcPr>
            <w:tcW w:type="dxa" w:w="680"/>
          </w:tcPr>
          <w:p>
            <w:pPr>
              <w:keepNext/>
            </w:pPr>
            <w:r>
              <w:rPr>
                <w:sz w:val="18"/>
              </w:rPr>
              <w:t>12</w:t>
            </w:r>
          </w:p>
        </w:tc>
        <w:tc>
          <w:tcPr>
            <w:tcW w:type="dxa" w:w="4309"/>
          </w:tcPr>
          <w:p>
            <w:pPr>
              <w:keepNext/>
            </w:pPr>
            <w:r>
              <w:rPr>
                <w:sz w:val="18"/>
              </w:rPr>
              <w:t>Verification of all debts</w:t>
            </w:r>
          </w:p>
        </w:tc>
        <w:tc>
          <w:tcPr>
            <w:tcW w:type="dxa" w:w="1814"/>
          </w:tcPr>
          <w:p>
            <w:pPr>
              <w:keepNext/>
            </w:pPr>
            <w:r>
              <w:rPr>
                <w:sz w:val="18"/>
              </w:rPr>
              <w:t>764.51(b)(12)</w:t>
            </w:r>
          </w:p>
        </w:tc>
        <w:tc>
          <w:tcPr>
            <w:tcW w:type="dxa" w:w="1814"/>
          </w:tcPr>
          <w:p>
            <w:pPr>
              <w:keepNext/>
            </w:pPr>
            <w:r>
              <w:rPr>
                <w:sz w:val="18"/>
              </w:rPr>
              <w:t>Section 5.5</w:t>
            </w:r>
          </w:p>
        </w:tc>
        <w:tc>
          <w:tcPr>
            <w:tcW w:type="dxa" w:w="1134"/>
          </w:tcPr>
          <w:p>
            <w:pPr>
              <w:keepNext/>
            </w:pPr>
            <w:r>
              <w:rPr>
                <w:sz w:val="18"/>
              </w:rPr>
              <w:t>[ ]</w:t>
            </w:r>
          </w:p>
        </w:tc>
      </w:tr>
      <w:tr>
        <w:trPr>
          <w:cantSplit w:val="true"/>
        </w:trPr>
        <w:tc>
          <w:tcPr>
            <w:tcW w:type="dxa" w:w="680"/>
          </w:tcPr>
          <w:p>
            <w:r>
              <w:rPr>
                <w:sz w:val="18"/>
              </w:rPr>
              <w:t>13</w:t>
            </w:r>
          </w:p>
        </w:tc>
        <w:tc>
          <w:tcPr>
            <w:tcW w:type="dxa" w:w="4309"/>
          </w:tcPr>
          <w:p>
            <w:r>
              <w:rPr>
                <w:sz w:val="18"/>
              </w:rPr>
              <w:t>Any additional information FSA deems necessary</w:t>
            </w:r>
          </w:p>
        </w:tc>
        <w:tc>
          <w:tcPr>
            <w:tcW w:type="dxa" w:w="1814"/>
          </w:tcPr>
          <w:p>
            <w:r>
              <w:rPr>
                <w:sz w:val="18"/>
              </w:rPr>
              <w:t>764.51(b)(13)</w:t>
            </w:r>
          </w:p>
        </w:tc>
        <w:tc>
          <w:tcPr>
            <w:tcW w:type="dxa" w:w="1814"/>
          </w:tcPr>
          <w:p>
            <w:r>
              <w:rPr>
                <w:sz w:val="18"/>
              </w:rPr>
              <w:t>Ask your FSA office</w:t>
            </w:r>
          </w:p>
        </w:tc>
        <w:tc>
          <w:tcPr>
            <w:tcW w:type="dxa" w:w="1134"/>
          </w:tcPr>
          <w:p>
            <w:r>
              <w:rPr>
                <w:sz w:val="18"/>
              </w:rPr>
              <w:t>[ ]</w:t>
            </w:r>
          </w:p>
        </w:tc>
      </w:tr>
    </w:tbl>
    <w:p>
      <w:pPr>
        <w:spacing w:after="40"/>
      </w:pPr>
    </w:p>
    <w:p>
      <w:pPr>
        <w:keepNext/>
        <w:spacing w:after="40"/>
      </w:pPr>
      <w:r>
        <w:rPr>
          <w:b/>
          <w:i w:val="0"/>
          <w:sz w:val="20"/>
        </w:rPr>
        <w:t>Guaranteed loans: 7 CFR 762.110, current as of 2026-10-16. Ask your lender which size line applies.</w:t>
      </w:r>
    </w:p>
    <w:tbl>
      <w:tblPr>
        <w:tblStyle w:val="TableGrid"/>
        <w:tblW w:type="auto" w:w="0"/>
        <w:jc w:val="center"/>
        <w:tblLayout w:type="fixed"/>
        <w:tblLook w:firstColumn="1" w:firstRow="1" w:lastColumn="0" w:lastRow="0" w:noHBand="0" w:noVBand="1" w:val="04A0"/>
      </w:tblPr>
      <w:tblGrid>
        <w:gridCol w:w="1587"/>
        <w:gridCol w:w="5102"/>
        <w:gridCol w:w="1587"/>
        <w:gridCol w:w="1474"/>
      </w:tblGrid>
      <w:tr>
        <w:trPr>
          <w:tblHeader w:val="true"/>
          <w:cantSplit w:val="true"/>
        </w:trPr>
        <w:tc>
          <w:tcPr>
            <w:tcW w:type="dxa" w:w="1587"/>
            <w:shd w:val="clear" w:color="auto" w:fill="1F3A5F"/>
          </w:tcPr>
          <w:p>
            <w:pPr>
              <w:keepNext/>
            </w:pPr>
            <w:r/>
            <w:r>
              <w:rPr>
                <w:b/>
                <w:color w:val="FFFFFF"/>
                <w:sz w:val="18"/>
              </w:rPr>
              <w:t>Loan size</w:t>
            </w:r>
          </w:p>
        </w:tc>
        <w:tc>
          <w:tcPr>
            <w:tcW w:type="dxa" w:w="5102"/>
            <w:shd w:val="clear" w:color="auto" w:fill="1F3A5F"/>
          </w:tcPr>
          <w:p>
            <w:pPr>
              <w:keepNext/>
            </w:pPr>
            <w:r/>
            <w:r>
              <w:rPr>
                <w:b/>
                <w:color w:val="FFFFFF"/>
                <w:sz w:val="18"/>
              </w:rPr>
              <w:t>Guaranteed loan application: what the lender submits</w:t>
            </w:r>
          </w:p>
        </w:tc>
        <w:tc>
          <w:tcPr>
            <w:tcW w:type="dxa" w:w="1587"/>
            <w:shd w:val="clear" w:color="auto" w:fill="1F3A5F"/>
          </w:tcPr>
          <w:p>
            <w:pPr>
              <w:keepNext/>
            </w:pPr>
            <w:r/>
            <w:r>
              <w:rPr>
                <w:b/>
                <w:color w:val="FFFFFF"/>
                <w:sz w:val="18"/>
              </w:rPr>
              <w:t>7 CFR section (current as of 2026-10-16)</w:t>
            </w:r>
          </w:p>
        </w:tc>
        <w:tc>
          <w:tcPr>
            <w:tcW w:type="dxa" w:w="1474"/>
            <w:shd w:val="clear" w:color="auto" w:fill="1F3A5F"/>
          </w:tcPr>
          <w:p>
            <w:pPr>
              <w:keepNext/>
            </w:pPr>
            <w:r/>
            <w:r>
              <w:rPr>
                <w:b/>
                <w:color w:val="FFFFFF"/>
                <w:sz w:val="18"/>
              </w:rPr>
              <w:t>Where in this plan</w:t>
            </w:r>
          </w:p>
        </w:tc>
      </w:tr>
      <w:tr>
        <w:trPr>
          <w:cantSplit w:val="true"/>
        </w:trPr>
        <w:tc>
          <w:tcPr>
            <w:tcW w:type="dxa" w:w="1587"/>
          </w:tcPr>
          <w:p>
            <w:pPr>
              <w:keepNext/>
            </w:pPr>
            <w:r>
              <w:rPr>
                <w:sz w:val="18"/>
              </w:rPr>
              <w:t>Smaller loans</w:t>
            </w:r>
          </w:p>
        </w:tc>
        <w:tc>
          <w:tcPr>
            <w:tcW w:type="dxa" w:w="5102"/>
          </w:tcPr>
          <w:p>
            <w:pPr>
              <w:keepNext/>
            </w:pPr>
            <w:r>
              <w:rPr>
                <w:sz w:val="18"/>
              </w:rPr>
              <w:t>The application form; a loan narrative, including a plan for servicing the loan; a balance sheet; a cash flow budget; a credit report</w:t>
            </w:r>
          </w:p>
        </w:tc>
        <w:tc>
          <w:tcPr>
            <w:tcW w:type="dxa" w:w="1587"/>
          </w:tcPr>
          <w:p>
            <w:pPr>
              <w:keepNext/>
            </w:pPr>
            <w:r>
              <w:rPr>
                <w:sz w:val="18"/>
              </w:rPr>
              <w:t>762.110(c)</w:t>
            </w:r>
          </w:p>
        </w:tc>
        <w:tc>
          <w:tcPr>
            <w:tcW w:type="dxa" w:w="1474"/>
          </w:tcPr>
          <w:p>
            <w:pPr>
              <w:keepNext/>
            </w:pPr>
            <w:r>
              <w:rPr>
                <w:sz w:val="18"/>
              </w:rPr>
              <w:t>Sections 7, 8.1 and 8.2</w:t>
            </w:r>
          </w:p>
        </w:tc>
      </w:tr>
      <w:tr>
        <w:trPr>
          <w:cantSplit w:val="true"/>
        </w:trPr>
        <w:tc>
          <w:tcPr>
            <w:tcW w:type="dxa" w:w="1587"/>
          </w:tcPr>
          <w:p>
            <w:r>
              <w:rPr>
                <w:sz w:val="18"/>
              </w:rPr>
              <w:t>Larger loans</w:t>
            </w:r>
          </w:p>
        </w:tc>
        <w:tc>
          <w:tcPr>
            <w:tcW w:type="dxa" w:w="5102"/>
          </w:tcPr>
          <w:p>
            <w:r>
              <w:rPr>
                <w:sz w:val="18"/>
              </w:rPr>
              <w:t>Everything for smaller loans, plus verification of income; verification of debts above an amount FSA sets; three years of financial history; three years of production history (for standard eligible lenders only); proposed loan agreements; and, if construction or development is planned, the plans, specifications and development schedule</w:t>
            </w:r>
          </w:p>
        </w:tc>
        <w:tc>
          <w:tcPr>
            <w:tcW w:type="dxa" w:w="1587"/>
          </w:tcPr>
          <w:p>
            <w:r>
              <w:rPr>
                <w:sz w:val="18"/>
              </w:rPr>
              <w:t>762.110(d)</w:t>
            </w:r>
          </w:p>
        </w:tc>
        <w:tc>
          <w:tcPr>
            <w:tcW w:type="dxa" w:w="1474"/>
          </w:tcPr>
          <w:p>
            <w:r>
              <w:rPr>
                <w:sz w:val="18"/>
              </w:rPr>
              <w:t>Sections 4.1, 5.2, 5.5 and 8</w:t>
            </w:r>
          </w:p>
        </w:tc>
      </w:tr>
    </w:tbl>
    <w:p>
      <w:pPr>
        <w:spacing w:after="40"/>
      </w:pPr>
    </w:p>
    <w:p>
      <w:pPr>
        <w:spacing w:after="80"/>
      </w:pPr>
      <w:r>
        <w:rPr>
          <w:b w:val="0"/>
          <w:i/>
          <w:color w:val="555555"/>
        </w:rPr>
        <w:t>Sources for the rules quoted in this template: FSA's regulation, 7 CFR sections 761.2, 761.103, 761.104, 762.101, 762.110, 764.51, 764.101 and 764.152, as read on eCFR on October 20, 2026 (current as of 2026-10-16); the Federal Register final rule 91 FR 56741, published September 4, 2026; and the SBA page Plan your business, opened October 20, 2026.</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Let's Talk Business Plans · letstalkbusinessplans.com · Page </w:t>
    </w:r>
    <w:r>
      <w:rPr>
        <w:sz w:val="16"/>
        <w:color w:val="555555"/>
      </w:rPr>
      <w:fldChar w:fldCharType="begin"/>
    </w:r>
    <w:r>
      <w:rPr>
        <w:sz w:val="16"/>
        <w:color w:val="555555"/>
      </w:rPr>
      <w:instrText xml:space="preserve"> PAGE </w:instrText>
    </w:r>
    <w:r>
      <w:rPr>
        <w:sz w:val="16"/>
        <w:color w:val="555555"/>
      </w:rPr>
      <w:fldChar w:fldCharType="separate"/>
    </w:r>
    <w:r>
      <w:rPr>
        <w:sz w:val="16"/>
        <w:color w:val="555555"/>
      </w:rPr>
      <w:t>1</w:t>
    </w:r>
    <w:r>
      <w:rPr>
        <w:sz w:val="16"/>
        <w:color w:val="555555"/>
      </w:rPr>
      <w:fldChar w:fldCharType="end"/>
    </w:r>
    <w:r>
      <w:rPr>
        <w:color w:val="555555"/>
        <w:sz w:val="16"/>
      </w:rPr>
      <w:t xml:space="preserve"> of </w:t>
    </w:r>
    <w:r>
      <w:rPr>
        <w:sz w:val="16"/>
        <w:color w:val="555555"/>
      </w:rPr>
      <w:fldChar w:fldCharType="begin"/>
    </w:r>
    <w:r>
      <w:rPr>
        <w:sz w:val="16"/>
        <w:color w:val="555555"/>
      </w:rPr>
      <w:instrText xml:space="preserve"> NUMPAGES </w:instrText>
    </w:r>
    <w:r>
      <w:rPr>
        <w:sz w:val="16"/>
        <w:color w:val="555555"/>
      </w:rPr>
      <w:fldChar w:fldCharType="separate"/>
    </w:r>
    <w:r>
      <w:rPr>
        <w:sz w:val="16"/>
        <w:color w:val="555555"/>
      </w:rPr>
      <w:t>1</w:t>
    </w:r>
    <w:r>
      <w:rPr>
        <w:sz w:val="16"/>
        <w:color w:val="55555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Heading">
    <w:name w:val="Release Heading"/>
    <w:basedOn w:val="Normal"/>
    <w:pPr>
      <w:keepNext/>
      <w:spacing w:after="200"/>
    </w:pPr>
    <w:rPr>
      <w:b/>
      <w:color w:val="1F3A5F"/>
      <w:sz w:val="32"/>
    </w:rPr>
  </w:style>
  <w:style w:type="paragraph" w:customStyle="1" w:styleId="ContentsHeading">
    <w:name w:val="Contents Heading"/>
    <w:basedOn w:val="Normal"/>
    <w:pPr>
      <w:spacing w:after="160"/>
    </w:pPr>
    <w:rPr>
      <w:b/>
      <w:color w:val="1F3A5F"/>
      <w:sz w:val="32"/>
    </w:rPr>
  </w:style>
  <w:style w:type="paragraph" w:customStyle="1" w:styleId="TOC1">
    <w:name w:val="TOC 1"/>
    <w:basedOn w:val="Normal"/>
    <w:pPr>
      <w:tabs>
        <w:tab w:pos="9746" w:val="right" w:leader="dot"/>
      </w:tabs>
      <w:spacing w:after="40"/>
      <w:ind w:left="0"/>
    </w:pPr>
    <w:rPr>
      <w:sz w:val="22"/>
    </w:rPr>
  </w:style>
  <w:style w:type="paragraph" w:customStyle="1" w:styleId="TOC2">
    <w:name w:val="TOC 2"/>
    <w:basedOn w:val="Normal"/>
    <w:pPr>
      <w:tabs>
        <w:tab w:pos="9746" w:val="right" w:leader="dot"/>
      </w:tabs>
      <w:spacing w:after="40"/>
      <w:ind w:left="340"/>
    </w:pPr>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etstalkbusinessplans.com/posts/excel-business-plan-templates-free-download" TargetMode="External"/><Relationship Id="rId11" Type="http://schemas.openxmlformats.org/officeDocument/2006/relationships/hyperlink" Target="https://www.sba.gov/counseling/plan-your-busi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 Business Plan Template</dc:title>
  <dc:subject/>
  <dc:creator>Let's Talk Business Plans</dc:creator>
  <cp:keywords/>
  <dc:description/>
  <cp:lastModifiedBy>Let's Talk Business Plans</cp:lastModifiedBy>
  <cp:revision>1</cp:revision>
  <dcterms:created xsi:type="dcterms:W3CDTF">2026-10-16T00:00:00Z</dcterms:created>
  <dcterms:modified xsi:type="dcterms:W3CDTF">2026-10-16T00:00:00Z</dcterms:modified>
  <cp:category/>
  <cp:lastPrinted>2026-10-16T00:00:00Z</cp:lastPrinted>
</cp:coreProperties>
</file>